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о непроживании гражданина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нижеподписавшиеся: ______________________________ — собственник (наниматель) жилого помещения по адресу: ______________________________, и свидетели: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составили настоящий акт о том, что ______________________________, зарегистрированный(-ая) по указанному адресу, фактически не проживает в этом жилом помещении с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Свидетелям известно следующее: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Свидетели являются соседями и подтверждают изложенные обстоятельства. Об ответственности за сообщение ложных сведений предупреждены. Свидетели готовы подтвердить свои показания в суде.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(наниматель)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Свидетель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Свидетель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непроживании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