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непроживании гражданина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Ярославль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нижеподписавшиеся: Кузнецова Елена Дмитриевна — собственник (наниматель) жилого помещения по адресу: г. Ярославль, ул. Свободы, д. 63, кв. 18, и свидетели: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Морозова Анна Петровна, г. Ярославль, ул. Свободы, д. 63, кв. 17, тел. +7 915 000-00-17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Волков Сергей Иванович, г. Ярославль, ул. Свободы, д. 63, кв. 19, тел. +7 915 000-00-19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составили настоящий акт о том, что Кузнецов Роман Валерьевич, 1984 года рождения, зарегистрированный(-ая) по указанному адресу, фактически не проживает в этом жилом помещении с августа 2025 года.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Свидетелям известно следующее: личных вещей Кузнецова Р. В. в квартире нет, в квартиру он не приходит, расходов по её содержанию не несёт; со слов соседей, проживает с новой семьёй в г. Рыбинске.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Свидетели являются соседями и подтверждают изложенные обстоятельства. Об ответственности за сообщение ложных сведений предупреждены. Свидетели готовы подтвердить свои показания в суде.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(наниматель)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Кузнецова Елена Дмитриевна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Свидетель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Морозова Анна Петровна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Свидетель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Волков Сергей Иванович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непроживании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