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об отсутствии работника на рабочем месте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Время составления: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______________________________ ______________________________, ______________________________ ______________________________, составили настоящий акт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работник ______________________________ (______________________________) отсутствовал(а) на рабочем месте (______________________________)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причинах отсутствия на момент составления акта работник не сообщил(а), документов, подтверждающих уважительность причин, не представлено.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лиц, составивших акт: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на рабочем месте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