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об отсутствии работника на рабочем месте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14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Время составления: 18:10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начальник склада Петров И. И., специалист по кадрам Орлова Е. В., кладовщик Сидоров П. А., составили настоящий акт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14 октября 2026 г. работник Тарасов Олег Николаевич (кладовщик склада № 2) отсутствовал(а) на рабочем месте (склад № 2, ул. Северная, 12) с 09:00 до 18:00 (весь рабочий день).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причинах отсутствия на момент составления акта работник не сообщил(а), документов, подтверждающих уважительность причин, не представлено.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Подписи лиц, составивших акт: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Начальник склада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Петров И. И.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Специалист по кадрам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Орлова Е. В.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Кладовщик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Сидоров П.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актом ознакомлен(а): ________________ / Тарасов О. Н.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на рабочем месте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