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 ПРИЁМА-ПЕРЕДАЧИ АВТОМОБИЛЯ</w:t>
      </w:r>
    </w:p>
    <w:p>
      <w:pPr>
        <w:spacing w:after="200" w:before="0"/>
        <w:jc w:val="center"/>
      </w:pPr>
      <w:r>
        <w:rPr>
          <w:b/>
          <w:sz w:val="24"/>
        </w:rPr>
        <w:t>к договору купли-продажи автомобиля от 23.10.2026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Екатеринбург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Сидоров Пётр Ильич, паспорт 6505 112233 (Продавец) передал(-а), а Николаева Анна Викторовна, паспорт 6512 445566 (Покупатель) принял(-а) в 15:30 автомобиль: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марка, модель: Volkswagen Polo;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год выпуска: 2018;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VIN: XW8ZZZ61ZJG000000;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государственный регистрационный знак: К777ОО96;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цвет: белый;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пробег по показаниям одометра: 98500 км.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Вместе с автомобилем переданы: паспорт транспортного средства (выписка из электронного ПТС), свидетельство о регистрации ТС, сервисная книжка; ключи — 2 (два) комплекта; комплект зимних шин на дисках, запасное колесо, домкрат, аптечка, огнетушитель.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Автомобиль осмотрен принимающей стороной. Выявлены и согласованы сторонами следующие недостатки: скол лобового стекла справа внизу, царапина на заднем бампере. Иных претензий к техническому состоянию, комплектности и внешнему виду автомобиля принимающая сторона не имеет.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момента подписания акта риск случайной гибели или повреждения автомобиля и ответственность за вред, причинённый при его использовании, переходят к принимающей стороне. Акт составлен в двух экземплярах, по одному для каждой стороны.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Передал (Продавец)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Сидоров Пётр Ильич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Принял (Покупатель)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Николаева Анна Викторовна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автомобиля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