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ПРИЁМА-ПЕРЕДАЧИ ДОКУМЕНТОВ № 12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«Зерно» в лице директора Егоровой Виктории Алексеевны (далее — Передающая сторона) передала, а ИП Новикова Ирина Петровна (бухгалтерские услуги) (далее — Принимающая сторона) приняла на основании: договор оказания бухгалтерских услуг № 7 от 01.10.2026 следующие документы: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Устав ООО «Зерно» (ред. от 15.03.2025), копия, 18 л.;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Договор аренды нежилого помещения № 3 от 01.01.2026, оригинал, 6 л.;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Выписки банка по расчётному счёту за январь — сентябрь 2026 года, оригиналы, 54 л.;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Кассовая книга за 2026 год, оригинал, 40 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переданы в полном объёме. Претензий по комплектности и состоянию документов Принимающая сторона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Егорова В. А.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ИП Новикова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