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АКТ</w:t>
      </w:r>
    </w:p>
    <w:p>
      <w:pPr>
        <w:spacing w:after="200" w:before="0"/>
        <w:jc w:val="center"/>
      </w:pPr>
      <w:r>
        <w:rPr>
          <w:b/>
          <w:sz w:val="24"/>
        </w:rPr>
        <w:t>приёма-передачи жилого помещения (квартиры)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Мы, нижеподписавшиеся, ______________________________, именуемый(-ая) в дальнейшем «Наймодатель», и ______________________________, именуемый(-ая) в дальнейшем «Наниматель», составили настоящий акт к договору найма жилого помещения от «___» ____________ 20___ г.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Наймодатель передал, а Наниматель принял квартиру, расположенную по адресу: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Состояние квартиры на момент передачи: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Вместе с квартирой передано следующее имущество: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Показания приборов учёта на момент передачи: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Наймодатель передал Нанимателю ____ (______________) комплектов ключей от квартиры.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Наниматель осмотрел квартиру и имущество. Претензий к состоянию квартиры и имущества, кроме указанных в настоящем акте, Наниматель не имеет.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 Акт составлен в двух экземплярах, по одному для каждой из сторон, и является неотъемлемой частью договора найма.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Передал (Наймодатель)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Принял (Наниматель)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квартиры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