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приёма-передачи нежилого помещения в аренду к договору аренды № 1/11 от 17.10.2026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Екатеринбург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 ноября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Арендодатель — Карпов Евгений Сергеевич — передал, а Арендатор — ООО «Северный ветер» в лице директора Лаптева Р. А. — принял во временное владение и пользование нежилое помещение площадью 48,5 кв. м, кадастровый номер 66:41:0000000:12345, по адресу: г. Екатеринбург, ул. 8 Марта, д. 51, пом. 14 (3 этаж) (далее — Помещение).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Состояние Помещения: отделка в хорошем состоянии: стены окрашены, на полу ковролин, подвесной потолок без повреждений; окна и двери исправны; электропроводка, освещение, отопление и кондиционер работают.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Вместе с Помещением переданы оборудование и мебель: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кондиционер Daikin — 1 шт.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стол офисный — 4 шт.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стул офисный — 8 шт.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Переданы ключи и пропуска: ключи от входной двери — 2 комплекта, электронный пропуск — 3 шт.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Показания приборов учёта на дату акта: электроэнергия — 012345 кВт·ч; холодная вода — 00123 куб. 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Помещение находится в состоянии, пригодном для использования по назначению. Претензий к состоянию Помещения Арендатор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экземплярах, по одному для каждой из сторон, и является неотъемлемой частью договора аренды № 1/11 от 17.10.2026.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 (передал)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Карпов Евгений Сергеевич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 (принял)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ООО «Северный ветер» в лице директора Лаптева Р.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нежилого помещения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