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АКТ СВЕРКИ</w:t>
      </w:r>
    </w:p>
    <w:p>
      <w:pPr>
        <w:spacing w:after="200" w:before="0"/>
        <w:jc w:val="center"/>
      </w:pPr>
      <w:r>
        <w:rPr>
          <w:b/>
          <w:sz w:val="24"/>
        </w:rPr>
        <w:t>взаимных расчётов за период с 1 июля 2026 г. по 30 сентября 2026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между ООО «Волга-Опт», ИНН 1655000000 и ИП Смирнова Ольга Викторовна, ИНН 165800000000 по договору: договор поставки № П-17/2026 от 23.01.2026.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Сальдо на 1 июля 2026 г. в пользу ООО «Волга-Опт», ИНН 1655000000: 120 000 (сто двадцать тысяч) рублей 00 копеек.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Операции за период (дата; документ; начислено; оплачено):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05.07.2026; УПД № 311; 85 000,00; —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18.07.2026; платёжное поручение № 552; —; 120 000,00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12.08.2026; УПД № 402; 64 500,00; —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4. 02.09.2026; платёжное поручение № 701; —; 85 000,00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Итого обороты за период: начислено 149 500 (сто сорок девять тысяч пятьсот) рублей 00 копеек, оплачено 205 000 (двести пять тысяч) рублей 00 копеек.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По данным ООО «Волга-Опт», ИНН 1655000000 на 30 сентября 2026 г. задолженность в пользу ООО «Волга-Опт», ИНН 1655000000 составляет 64 500 (шестьдесят четыре тысячи пятьсот) рублей 00 копеек.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Данные ИП Смирнова Ольга Викторовна, ИНН 165800000000: ____________________________________________ (заполняется контрагентом; при расхождениях — с перечнем расхождений).</w:t>
      </w:r>
    </w:p>
    <w:p>
      <w:pPr>
        <w:spacing w:after="8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Составлен 5 октября 2026 г.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ООО «Волга-Опт», ИНН 1655000000</w:t>
            </w:r>
          </w:p>
          <w:p>
            <w:r>
              <w:rPr>
                <w:b w:val="0"/>
                <w:sz w:val="24"/>
              </w:rPr>
              <w:t>генеральный директор Сафиуллин Р. И.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______________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ИП Смирнова Ольга Викторовна, ИНН 165800000000</w:t>
            </w:r>
          </w:p>
          <w:p>
            <w:r>
              <w:rPr>
                <w:b w:val="0"/>
                <w:sz w:val="24"/>
              </w:rPr>
              <w:t>индивидуальный предприниматель Смирнова О. В.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сверки взаиморасчётов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