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ТРАНСПОРТНОГО СРЕДСТВА БЕЗ ЭКИПАЖА</w:t>
      </w:r>
    </w:p>
    <w:p>
      <w:pPr>
        <w:spacing w:after="200" w:before="0"/>
        <w:jc w:val="center"/>
      </w:pPr>
      <w:r>
        <w:rPr>
          <w:b/>
          <w:sz w:val="24"/>
        </w:rPr>
        <w:t>с правом выкупа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Петренко Олег Иванович, паспорт 0310 123456, г. Краснодар, ул. Красная, д. 100, кв. 5, именуемый(-ая) в дальнейшем «Арендодатель», и Алиев Руслан Магомедович, паспорт 0315 654321, ВУ 9915 123456, г. Краснодар, ул. Ставропольская, д. 20, кв. 9,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без оказания услуг по управлению автомобиль: Hyundai Solaris, 2021 года выпуска, VIN Z94K241CBMR000000, госномер Р100РР123 (далее — Автомобиль) с последующим выкупом в соответствии с разделом 3 договора. Оценочная стоимость Автомобиля — 1 100 000 (один миллион сто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Автомобиль передаётся по акту приёма-передачи с ключами, СТС и полисом ОСАГО, в который включён Арендатор.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2 000 (две тысячи) рублей 00 копеек за сутки и вносится авансом ежедневно.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 подписании договора Арендатор вносит залог 30 000 (тридцать тысяч) рублей 00 копеек, который засчитывается в последний платёж или в возмещение ущерба.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ВЫКУП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Выкупная цена Автомобиля составляет 1 300 000 (один миллион триста тысяч) рублей 00 копеек. Все внесённые арендные платежи засчитываются в выкупную цену.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вправе выкупить Автомобиль по истечении 24 (двадцать четыре) месяцев аренды или досрочно, внеся полностью выкупную цену. Право собственности переходит к Арендатору после полной оплаты выкупной цены и подписания акта, о чём стороны заключают договор купли-продажи для регистрации в Госавтоинспекции.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расторжении договора до выкупа Автомобиль возвращается Арендодателю. Внесённые арендные платежи в этом случае не возвращаются как плата за пользование Автомобилем.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своими силами и за свой счёт поддерживает Автомобиль в исправном состоянии, проводит текущий ремонт и техническое обслуживание, оплачивает топливо, мойку, парковку и штрафы за нарушения ПДД, допущенные в период аренды (ст. 644, 646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несёт ответственность за вред, причинённый третьим лицам Автомобилем, его механизмами и устройствами (ст. 648 ГК РФ), и за повреждение Автомобиля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не вправе сдавать Автомобиль в субаренду, передавать управление другим лицам и выезжать за пределы региона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Арендодатель вправе расторгнуть договор в одностороннем порядке при просрочке арендной платы более чем на 5 дней подряд, письменно уведомив Арендатора.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Петренко Олег Иванович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Алиев Руслан Магомедович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правом выкупа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