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ГАРАЖА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______________, зарегистрированный(-ая) по адресу: ______________________________, именуемый(-ая) в дальнейшем «Арендодатель», и ______________________________, паспорт ______________, зарегистрированный(-ая) по адресу: ______________________________,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гараж площадью ______ кв. м, расположенный по адресу: ______________________________ (далее — Гараж), для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Гараж принадлежит Арендодателю, что подтверждается: ______________________________. Арендодатель гарантирует, что Гараж не заложен, не арестован и не сдан другим лицам.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Гараж передаётся в исправном состоянии с ключами по акту приёма-передачи или по расписке в настоящем договоре.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неопределённый срок начиная с «___» ____________ 20___ г. Каждая сторона вправе отказаться от договора, предупредив другую сторону за один месяц (ст. 610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АРЕНДНАЯ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Арендная плата составляет ____________ (____________________________________) рублей в месяц и вносится авансом не позднее ______-го числа текущего месяца наличными под расписку или переводом.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Плата за электроэнергию и взносы гаражного кооператива включены в арендную плату и уплачиваются Арендодателем.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Арендатор обязан использовать Гараж по назначению, соблюдать правила пожарной безопасности и правила кооператива, не хранить в Гараже легковоспламеняющиеся и опасные вещества сверх допустимого, не передавать Гараж третьим лицам и не производить перестройку без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Арендодатель не вправе пользоваться Гаражом и посещать его без согласия Арендатора, кроме аварийных случаев.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Арендатор отвечает за ущерб, причинённый Гаражу по его вине. Арендодатель не отвечает за сохранность имущества Арендатора, находящегося в Гараже, если иное не согласовано сторонами.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При прекращении договора Арендатор освобождает Гараж и возвращает ключи в день окончания срока аренды. Договор составлен в двух экземплярах, по одному для каждой стороны.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Гараж и ключи получил(-а):</w:t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гаража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