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ГАРАЖА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Самара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Мельников Олег Иванович, паспорт 36 06 112233, зарегистрированный(-ая) по адресу: г. Самара, ул. Гагарина, д. 45, кв. 7, именуемый(-ая) в дальнейшем «Арендодатель», и Соколов Денис Андреевич, паспорт 36 15 445566, зарегистрированный(-ая) по адресу: г. Самара, ул. Мичурина, д. 21, кв. 90,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гараж площадью 21 кв. м, расположенный по адресу: г. Самара, ГСК № 45 «Мотор», ул. Ново-Садовая, бокс № 112 (далее — Гараж), для стоянки и хранения легкового автомобиля.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Гараж принадлежит Арендодателю, что подтверждается: выписка из ЕГРН от 02.10.2026. Арендодатель гарантирует, что Гараж не заложен, не арестован и не сдан другим лицам.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Гараж передаётся в исправном состоянии с ключами по акту приёма-передачи или по расписке в настоящем договоре.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11 (одиннадцать) месяцев начиная с 1 ноября 2026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Арендная плата составляет 4 000 (четыре тысячи) рублей 00 копеек в месяц и вносится авансом не позднее 5-го числа текущего месяца наличными под расписку или переводом.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Арендатор дополнительно оплачивает потреблённую электроэнергию по показаниям счётчика. Членские взносы гаражного кооператива уплачивает Арендодатель.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Арендатор обязан использовать Гараж по назначению, соблюдать правила пожарной безопасности и правила кооператива, не хранить в Гараже легковоспламеняющиеся и опасные вещества сверх допустимого, не передавать Гараж третьим лицам и не производить перестройку без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Арендодатель не вправе пользоваться Гаражом и посещать его без согласия Арендатора, кроме аварийных случаев.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Арендатор отвечает за ущерб, причинённый Гаражу по его вине. Арендодатель не отвечает за сохранность имущества Арендатора, находящегося в Гараже, если иное не согласовано сторонами.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При прекращении договора Арендатор освобождает Гараж и возвращает ключи в день окончания срока аренды. Договор составлен в двух экземплярах, по одному для каждой стороны.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Мельников Олег Иванович</w:t>
              <w:br/>
            </w:r>
            <w:r>
              <w:rPr>
                <w:b w:val="0"/>
                <w:sz w:val="24"/>
              </w:rPr>
              <w:t>тел. +7 927 100-20-30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Мельников О. И.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Соколов Денис Андреевич</w:t>
              <w:br/>
            </w:r>
            <w:r>
              <w:rPr>
                <w:b w:val="0"/>
                <w:sz w:val="24"/>
              </w:rPr>
              <w:t>тел. +7 937 200-30-40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Гараж и ключи получил(-а):</w:t>
              <w:br/>
            </w:r>
            <w:r>
              <w:rPr>
                <w:b w:val="0"/>
                <w:sz w:val="24"/>
              </w:rPr>
              <w:t>______________ / Соколов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гаража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