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АРЕНДЫ МАШИНО-МЕСТА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паспорт ______________, именуемый(-ая) в дальнейшем «Арендодатель», и ______________________________, паспорт ______________, именуемый(-ая) в дальнейшем «Арендатор»,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Арендодатель передаёт Арендатору во временное владение и пользование машино-место по адресу: ______________________________ (далее — Машино-место), для стоянки автомобиля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Машино-место принадлежит Арендодателю на праве собственности. Вместе с Машино-местом Арендатору передаётся: ______________________________.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СРОК И ПЛАТА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Договор заключён на ____ (______________) месяцев начиная с «___» ____________ 20___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Арендная плата составляет ____________ (____________________________________) рублей в месяц и вносится авансом не позднее ______-го числа текущего месяца. Расходы на содержание паркинга и налог на имущество несёт Арендодатель.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ОБЯЗАННОСТИ СТОРОН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Арендатор обязан использовать Машино-место только для стоянки указанного автомобиля, соблюдать правила пользования паркингом и пожарной безопасности, не хранить на Машино-месте шины, канистры и другие вещи, если это запрещено правилами паркинга, не передавать Машино-место третьим лицам.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Арендодатель не отвечает за сохранность автомобиля и имущества Арендатора, если иное не согласовано сторонами. Арендатор возмещает ущерб, причинённый паркингу и другим автомобилям по его вине.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3.3. О замене автомобиля Арендатор заранее сообщает Арендодателю для оформления пропуска.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Каждая сторона вправе досрочно расторгнуть договор, письменно предупредив другую сторону за 30 дней. При прекращении договора Арендатор освобождает Машино-место и возвращает средства доступа. Договор составлен в двух экземплярах.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ПОДПИСИ СТОРОН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Арендодатель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тел. __________________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Арендатор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тел. __________________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машино-места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