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МАШИНО-МЕСТА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Захарова Ольга Викторовна, паспорт 45 10 223344, именуемый(-ая) в дальнейшем «Арендодатель», и Орлов Максим Сергеевич, паспорт 45 19 778899, именуемый(-ая)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машино-место по адресу: г. Москва, ул. Мосфильмовская, д. 70, корп. 1, подземный паркинг, машино-место № 45, кадастровый номер 77:07:0000000:5678 (далее — Машино-место), для стоянки автомобиля Kia Rio, А123ВС777.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Машино-место принадлежит Арендодателю на праве собственности. Вместе с Машино-местом Арендатору передаётся: пульт от ворот паркинга и электронный пропуск.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И 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11 (одиннадцать) месяцев начиная с 1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Арендная плата составляет 9 000 (девять тысяч) рублей 00 копеек в месяц и вносится авансом не позднее 5-го числа текущего месяца. Расходы на содержание паркинга и налог на имущество несёт Арендодатель.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Арендатор обязан использовать Машино-место только для стоянки указанного автомобиля, соблюдать правила пользования паркингом и пожарной безопасности, не хранить на Машино-месте шины, канистры и другие вещи, если это запрещено правилами паркинга, не передавать Машино-место третьим лицам.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Арендодатель не отвечает за сохранность автомобиля и имущества Арендатора, если иное не согласовано сторонами. Арендатор возмещает ущерб, причинённый паркингу и другим автомобилям по его вине.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О замене автомобиля Арендатор заранее сообщает Арендодателю для оформления пропуска.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Каждая сторона вправе досрочно расторгнуть договор, письменно предупредив другую сторону за 30 дней. При прекращении договора Арендатор освобождает Машино-место и возвращает средства доступа. Договор составлен в двух экземплярах.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Арендодатель</w:t>
            </w:r>
          </w:p>
          <w:p>
            <w:r>
              <w:rPr>
                <w:b w:val="0"/>
                <w:sz w:val="24"/>
              </w:rPr>
              <w:t>Захарова Ольга Викторовна</w:t>
              <w:br/>
            </w:r>
            <w:r>
              <w:rPr>
                <w:b w:val="0"/>
                <w:sz w:val="24"/>
              </w:rPr>
              <w:t>тел. +7 903 555-66-77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Захарова О.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Арендатор</w:t>
            </w:r>
          </w:p>
          <w:p>
            <w:r>
              <w:rPr>
                <w:b w:val="0"/>
                <w:sz w:val="24"/>
              </w:rPr>
              <w:t>Орлов Максим Сергеевич</w:t>
              <w:br/>
            </w:r>
            <w:r>
              <w:rPr>
                <w:b w:val="0"/>
                <w:sz w:val="24"/>
              </w:rPr>
              <w:t>тел. +7 916 777-88-99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Орлов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машино-места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