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ДАРЕНИЯ</w:t>
      </w:r>
    </w:p>
    <w:p>
      <w:pPr>
        <w:spacing w:after="200" w:before="0"/>
        <w:jc w:val="center"/>
      </w:pPr>
      <w:r>
        <w:rPr>
          <w:b/>
          <w:sz w:val="24"/>
        </w:rPr>
        <w:t>денежных средств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Ростов-на-Дону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Гаврилов Михаил Степанович, 09.03.1958 года рождения, паспорт 60 03 464748, выдан ГУ МВД России по Ростовской обл., 25.04.2005, зарегистрированный(-ая) по адресу: г. Ростов-на-Дону, ул. Пушкинская, д. 50, кв. 18, именуемый(-ая) в дальнейшем «Даритель», с одной стороны, и Гаврилова Дарья Михайловна, 24.12.1988 года рождения, паспорт 60 08 495051, выдан ГУ МВД России по Ростовской обл., 10.01.2009, зарегистрированный(-ая) по адресу: г. Ростов-на-Дону, пр. Ворошиловский, д. 2, кв. 90, именуемый(-ая) в дальнейшем «Одаряемый», с другой стороны,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Даритель безвозмездно передаёт в собственность Одаряемому (степень родства — дочь) денежные средства в сумме 1 000 000 (один миллион) рублей 00 копеек, а Одаряемый принимает их в дар.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Даритель перечисляет денежные средства на банковский счёт Одаряемого: счёт № 40817810500001234567 в ПАО Сбербанк в течение 10 (десяти) календарных дней с момента подписания настоящего договора. Датой передачи дара считается дата зачисления денежных средств на счёт Одаряемого.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Даритель подтверждает, что денежные средства принадлежат ему на праве собственности, не являются предметом спора, под арестом не состоят.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Одаряемый вправе в любое время до передачи ему дара от него отказаться. Даритель вправе отменить дарение в случаях, предусмотренных статьёй 578 ГК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Стороны подтверждают, что заключают договор добровольно, не находятся под влиянием заблуждения, обмана, насилия или угрозы и договор не является для них кабальной сделкой.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Договор составлен в двух экземплярах, имеющих одинаковую юридическую силу,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Даритель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Гаврилов Михаил Степанович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Одаряемый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Гаврилова Дарья Михайловна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денег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