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 МАЛОМЕРНОГО СУДНА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Астрахань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Волков Сергей Николаевич, паспорт 1205 123456, г. Астрахань, ул. Кирова, д. 5, кв. 2, именуемый(-ая) в дальнейшем «Продавец», и Зуев Алексей Петрович, паспорт 1210 654321, г. Астрахань, ул. Савушкина, д. 30, кв. 8,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продаёт, а Покупатель покупает маломерное судно: моторная лодка «Казанка-5М4», 2015 года постройки, материал корпуса — алюминиевый сплав, заводской номер корпуса 5М4-12345, бортовой номер и судовой билет: Р 12-34 АТ, судовой билет № 123456 от 15.05.2016, вместе с подвесной лодочный мотор Yamaha F40, 40 л. с., заводской № 6BG-L-1012345 (далее — Судно).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Вместе с Судном передаётся: прицеп для перевозки лодок МЗСА 81771G (продаётся отдельным договором), тент, вёсла, якорь.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Продавец гарантирует, что Судно принадлежит ему на праве собственности, не продано, не заложено, в споре и под арестом не состоит.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Цена Судна составляет 520 000 (пятьсот двадцать тысяч) рублей 00 копеек. Покупатель уплатил цену полностью при подписании договора, Продавец получение денег подтверждает.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Судно с документами и принадлежностями передано Покупателю при подписании договора. Покупатель осмотрел Судно, претензий к его техническому состоянию и комплектности не имеет. Право собственности и риск случайной гибели переходят к Покупателю с момента 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Покупатель самостоятельно и за свой счёт осуществляет регистрационные действия в отношении Судна в территориальном органе ГИМС МЧС России, если Судно подлежит регистрации.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Договор составлен в трёх экземплярах: по одному для сторон и один для регистрирующего органа.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судно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Волков Сергей Николаевич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(судно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Зуев Алексей Петрович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лодки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