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купли-продажи мототранспортного средства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Екатеринбург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Карпов Евгений Сергеевич, 03.06.1985 года рождения, паспорт 65 10 223344, выдан ГУ МВД России по Свердловской обл., 12.07.2015, зарегистрированный(-ая) по адресу: г. Екатеринбург, ул. Малышева, д. 31, кв. 8, именуемый(-ая) в дальнейшем «Продавец», и Лаптев Роман Андреевич, 21.04.1998 года рождения, паспорт 65 19 556677, выдан ГУ МВД России по Свердловской обл., 30.05.2019, зарегистрированный(-ая) по адресу: г. Екатеринбург, ул. Белинского, д. 86, кв. 140, именуемый(-ая) в дальнейшем «Покупатель»,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Продавец передаёт в собственность Покупателю, а Покупатель принимает и оплачивает транспортное средство (далее — ТС):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марка, модель: Honda CB650R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идентификационный номер (VIN): JH2RH0950LK012345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тип ТС: мотоцикл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год выпуска: 2020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модель, № двигателя: RH09E, 1012345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рама №: JH2RH0950LK012345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цвет: чёрный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государственный регистрационный знак: 1234 АВ 66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паспорт ТС: 77 УХ 654321, выдан Центральная акцизная таможня, 10.03.2020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свидетельство о регистрации ТС: 99 52 765432, выдано МРЭО ГИБДД ГУ МВД России по Свердловской обл., 25.04.2020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пробег: 18500 км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ТС принадлежит Продавцу на праве собственности. Продавец гарантирует, что до заключения настоящего договора ТС никому не продано, не заложено, в споре и под арестом (запретом) не состоит, в розыске не находится.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Стоимость ТС составляет 620 000 (шестьсот двадцать тысяч) рублей 00 копеек. Покупатель передал, а Продавец получил указанную сумму полностью при подписании настоящего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Вместе с ТС Продавец передаёт Покупателю: второй комплект ключей, кофр. Их стоимость включена в цену ТС.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Покупатель осмотрел ТС, проверил его техническое состояние и комплектность. Претензий к Продавцу по качеству и комплектности ТС Покупатель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Право собственности на ТС переходит к Покупателю с момента подписания настоящего договора. Одновременно Продавец передаёт Покупателю ТС, ключи, паспорт ТС и свидетельство о регистрации ТС.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Покупатель обязуется в течение 10 (десяти) дней со дня подписания настоящего договора обратиться в Госавтоинспекцию для внесения изменений в регистрационные данные о владельце ТС.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8. Договор составлен в трёх экземплярах, имеющих одинаковую юридическую силу: по одному для каждой из сторон и один для регистрирующего органа.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(деньги получил, ТС передал)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Карпов Евгений Сергеевич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 (деньги передал, ТС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Лаптев Роман Андреевич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мотоцикла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