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 САМОХОДНОЙ МАШИНЫ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Белгород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Ткаченко Василий Петрович, паспорт 1405 123456, Белгородская обл., с. Ясные Зори, ул. Центральная, д. 1, именуемый(-ая) в дальнейшем «Продавец», и ИП Гончаров Иван Сергеевич, ОГРНИП 318312300000000, г. Белгород, ул. Щорса, д. 8, кв. 40,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продаёт, а Покупатель покупает самоходную машину: трактор колёсный МТЗ-82.1 «Беларус», 2014 года выпуска, заводской номер 808012345, номер двигателя Д-243 № 123456, цвет синий; ПСМ ТС 123456 от 12.05.2014, свидетельство о регистрации СК 654321, госномер 31 ВА 1234 (далее — Техника), а также дополнительное оборудование: плуг ПЛН-3-35, косилка роторная КРН-2.1.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Продавец гарантирует, что Техника принадлежит ему на праве собственности, не продана, не заложена, в споре, под арестом и в розыске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Цена Техники составляет 1 650 000 (один миллион шестьсот пятьдесят тысяч) рублей 00 копеек. Покупатель уплатил цену полностью при подписании договора, Продавец получение денег подтверждает.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Техника передаётся Покупателю вместе с ключами, ПСМ (выпиской из электронного паспорта), свидетельством о регистрации и технической документацией по акту приёма-передачи в день подписания договора. Покупатель осмотрел Технику и претензий к её техническому состоянию и комплектности не имеет, кроме указанных в акте.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Право собственности и риск случайной гибели Техники переходят к Покупателю с момента передачи. Покупатель регистрирует Технику в органе гостехнадзора в установленный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Договор составлен в трёх экземплярах: по одному для сторон и один для органа гостехнадзора.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Ткаченко Василий Петрович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Гончаров Иван Сергеевич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трактора и спецтехники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