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№ 17/10-1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«Зерно» в лице директора Егоровой Виктории Алексеевны (ИНН 2310000000, ОГРН 1222300000000), именуемый(-ая) в дальнейшем «Заказчик», с одной стороны, и Новиков Тимур Ринатович (паспорт 0315 434445, ИНН 231012345678), применяющий(-ая) специальный налоговый режим «Налог на профессиональный доход»,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ведение бухгалтерского и налогового учёта ООО на УСН «доходы минус расходы», расчёт заработной платы трёх работников, подготовка и сдача отчётности в ФНС и СФР, консультации по учёту; первичные документы Заказчик передаёт до 5-го числа месяца, следующего за отчётным,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1 ноября 2026 г. по 31 октября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96 000 (девяносто шесть тысяч) рублей 00 копеек. НДС не облагается в связи с применением Исполнителем налога на профессиональный доход.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вносит аванс в размере 50 % стоимости услуг в течение 5 календарных дней с момента подписания договора, оставшиеся 50 % — в течение 5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Исполнитель формирует и передаёт Заказчику чек в приложении «Мой налог» не позднее 9-го числа месяца, следующего за месяцем получения оплаты. В случае утраты Исполнителем статуса самозанятого он обязан уведомить Заказчика в течение 3 рабочих дней.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ООО «Зерно» в лице директора Егоровой Виктории Алексеевны</w:t>
              <w:br/>
            </w:r>
            <w:r>
              <w:rPr>
                <w:b w:val="0"/>
                <w:sz w:val="24"/>
              </w:rPr>
              <w:t>ИНН 2310000000, ОГРН 1222300000000</w:t>
              <w:br/>
            </w:r>
            <w:r>
              <w:rPr>
                <w:b w:val="0"/>
                <w:sz w:val="24"/>
              </w:rPr>
              <w:t>Адрес: г. Краснодар, ул. Красная, д. 120, кв. 5</w:t>
              <w:br/>
            </w:r>
            <w:r>
              <w:rPr>
                <w:b w:val="0"/>
                <w:sz w:val="24"/>
              </w:rPr>
              <w:t>Тел.: +7 918 777-88-99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ООО «. В.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Новиков Тимур Ринатович</w:t>
              <w:br/>
            </w:r>
            <w:r>
              <w:rPr>
                <w:b w:val="0"/>
                <w:sz w:val="24"/>
              </w:rPr>
              <w:t>паспорт 0315 434445, ИНН 231012345678</w:t>
              <w:br/>
            </w:r>
            <w:r>
              <w:rPr>
                <w:b w:val="0"/>
                <w:sz w:val="24"/>
              </w:rPr>
              <w:t>Адрес: г. Краснодар, ул. Северная, д. 300, кв. 77</w:t>
              <w:br/>
            </w:r>
            <w:r>
              <w:rPr>
                <w:b w:val="0"/>
                <w:sz w:val="24"/>
              </w:rPr>
              <w:t>Тел.: +7 918 222-33-44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Новиков Т.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бухгалтерских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