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возмездного оказания услуг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(______________________________), именуемый(-ая) в дальнейшем «Заказчик», с одной стороны, и ______________________________ (______________________________) именуемый(-ая) в дальнейшем «Исполнитель»,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Исполнитель обязуется по заданию Заказчика оказать следующие услуги: ____________________________________________________________, а Заказчик обязуется принять и оплатить эти услуги.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оказания услуг: с «___» ____________ 20___ г. по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Исполнитель оказывает услуги лично, если иное не согласовано с Заказчиком в письменной форме.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СТОИМОСТЬ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услуг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Заказчик оплачивает услуги в течение ______ календарных дней с момента подписания акта об оказании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Оплата производится наличными с выдачей расписки или переводом на банковский счёт Исполнителя.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УСЛУГ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 окончании оказания услуг стороны подписывают акт об оказании услуг. Заказчик в течение 5 рабочих дней с момента получения акта подписывает его или направляет мотивированный отказ.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Если в указанный срок Заказчик не подписал акт и не направил мотивированный отказ, услуги считаются принятыми.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За нарушение сроков оказания услуг Исполнитель уплачивает Заказчику неустойку в размере 0,1 % от стоимости услуг за каждый день просрочки. За нарушение сроков оплаты Заказчик уплачивает Исполнителю неустойку в размере 0,1 % от неоплаченной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Заказчик вправе отказаться от договора при условии оплаты Исполнителю фактически понесённых им расходов (ст. 782 ГК РФ). Исполнитель вправе отказаться от договора при условии полного возмещения Заказчику убытков.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вступает в силу с момента подписания и действует до полного исполнения сторонами обязательств.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Заказчик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Исполнитель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репетитором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