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Егорова Виктория Алексеевна (паспорт 0312 404142, выдан ГУ МВД России по Краснодарскому краю 19.08.2017),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разработка дизайна логотипа и фирменного стиля (цвета, шрифты, визитная карточка) для кофейни «Зерно»,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20 октября 2026 г. по 20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45 000 (сорок пять тысяч)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вносит аванс в размере 50 % стоимости услуг в течение 5 календарных дней с момента подписания договора, оставшиеся 50 % —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Егорова Виктория Алексеевна</w:t>
              <w:br/>
            </w:r>
            <w:r>
              <w:rPr>
                <w:b w:val="0"/>
                <w:sz w:val="24"/>
              </w:rPr>
              <w:t>паспорт 0312 404142, выдан ГУ МВД России по Краснодарскому краю 19.08.2017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Егорова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