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КРАТКОСРОЧНОГО (ПОСУТОЧНОГО) НАЙМА</w:t>
      </w:r>
    </w:p>
    <w:p>
      <w:pPr>
        <w:spacing w:after="200" w:before="0"/>
        <w:jc w:val="center"/>
      </w:pPr>
      <w:r>
        <w:rPr>
          <w:b/>
          <w:sz w:val="24"/>
        </w:rPr>
        <w:t>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Гарипова Алсу Рашидовна, именуемый(-ая) в дальнейшем «Наймодатель», и Петров Кирилл Александрович, паспорт 40 12 556677, именуемый(-ая) в дальнейшем «Наниматель»,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И СРОК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для временного проживания квартиру по адресу: г. Казань, ул. Баумана, д. 15, кв. 8 (далее — Квартира) с мебелью, бытовой техникой, постельным бельём и полотенцами.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найма — 3 (три) суток: заезд 6 ноября 2026 г. с 14:00, выезд 9 ноября 2026 г. до 12:00.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Количество проживающих в Квартире, включая Нанимателя, — не более 2 чел.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Плата за наём составляет 4 500 (четыре тысячи пятьсот) рублей 00 копеек за сутки, всего за срок найма — 13 500 (тринадцать тысяч пятьсот) рублей 00 копеек. Плата вносится при заезде, если стороны не договорились о предоплате.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 заезде Наниматель вносит залог 3 000 (три тысячи) рублей 00 копеек. Залог возвращается при выезде после осмотра Квартиры за вычетом стоимости повреждённого или утраченного имущества (ст. 381.1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Коммунальные услуги и интернет включены в плату за наём.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ПРАВИЛА ПРОЖИВАНИЯ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Наниматель обязан бережно относиться к Квартире и имуществу, соблюдать тишину с 22:00 до 8:00 и правила пожарной безопасности, не курить в Квартире, не проводить вечеринки и мероприятия, не размещать лиц сверх согласованного числа.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Наниматель возмещает ущерб, причинённый Квартире, имуществу и соседям по его вине или по вине его гостей.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При выезде Наниматель передаёт Наймодателю ключи. Поздний выезд допускается по согласованию и оплачивается дополнительно.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Гарипова Алсу Рашидовна</w:t>
              <w:br/>
            </w:r>
            <w:r>
              <w:rPr>
                <w:b w:val="0"/>
                <w:sz w:val="24"/>
              </w:rPr>
              <w:t>тел. +7 917 123-45-67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Гарипова А. Р.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Петров Кирилл Александрович</w:t>
              <w:br/>
            </w:r>
            <w:r>
              <w:rPr>
                <w:b w:val="0"/>
                <w:sz w:val="24"/>
              </w:rPr>
              <w:t>тел. +7 921 765-43-21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Петров К.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посуточной аренды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