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ЗАЙМА</w:t>
      </w:r>
    </w:p>
    <w:p>
      <w:pPr>
        <w:spacing w:after="200" w:before="0"/>
        <w:jc w:val="center"/>
      </w:pPr>
      <w:r>
        <w:rPr>
          <w:b/>
          <w:sz w:val="24"/>
        </w:rPr>
        <w:t>между физическими лицами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Морозов Игорь Валентинович, 15.05.1975 года рождения, паспорт 65 05 778899, выдан ГУ МВД России по Свердловской обл., 10.06.2020, зарегистрированный(-ая) по адресу: г. Екатеринбург, ул. Малышева, д. 31, кв. 9, именуемый(-ая) в дальнейшем «Заимодавец», с одной стороны, и Лебедева Анна Сергеевна, 08.09.1991 года рождения, паспорт 65 12 334455, выдан ГУ МВД России по Свердловской обл., 22.09.2021, зарегистрированный(-ая) по адресу: г. Екатеринбург, ул. Белинского, д. 86, кв. 140, именуемый(-ая) в дальнейшем «Заёмщик»,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Заимодавец передаёт в собственность Заёмщику денежные средства в сумме 500 000 (пятьсот тысяч) рублей 00 копеек (далее — сумма займа), а Заёмщик обязуется возвратить Заимодавцу сумму займа в срок и на условиях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За пользование суммой займа Заёмщик уплачивает проценты в размере 10 % годовых. Проценты начисляются со дня, следующего за днём передачи суммы займа, по день её возврата включительно и выплачиваются одновременно с возвратом суммы займа.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ПОРЯДОК ПЕРЕДАЧИ И ВОЗВРАТА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Сумма займа передаётся Заёмщику наличными денежными средствами в момент подписания настоящего договора. Получение суммы займа подтверждается распиской Заёмщика.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Заёмщик обязуется возвратить сумму займа и проценты в срок до 17 октября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Заёмщик вправе вернуть сумму займа досрочно полностью или частично.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Возврат производится наличными с оформлением расписки Заимодавца либо переводом на банковский счёт Заимодавца. Сумма займа считается возвращённой в момент передачи её Заимодавцу или зачисления на его счёт.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нарушение срока возврата суммы займа Заёмщик уплачивает Заимодавцу неустойку в размере 0,1 % от невозвращённой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Споры по настоящему договору разрешаются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вступает в силу с момента передачи суммы займа Заёмщику и действует до полного исполнения сторонами своих обязательств.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имеющих одинаковую юридическую силу,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Заимодавец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Игорь Валентинович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Лебедева Анна Сергеевна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между физлицами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