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____________________________________________________________</w:t>
        <w:br/>
      </w:r>
      <w:r>
        <w:rPr>
          <w:b w:val="0"/>
          <w:sz w:val="24"/>
        </w:rPr>
        <w:t>от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ДОКЛАДНАЯ ЗАПИСКА</w:t>
      </w:r>
    </w:p>
    <w:p>
      <w:pPr>
        <w:spacing w:after="200" w:before="0"/>
        <w:jc w:val="center"/>
      </w:pPr>
      <w:r>
        <w:rPr>
          <w:b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 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