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«Альфа-Сервис» Смирнову А. В.</w:t>
        <w:br/>
      </w:r>
      <w:r>
        <w:rPr>
          <w:b w:val="0"/>
          <w:sz w:val="24"/>
        </w:rPr>
        <w:t>от начальника склада Петрова И. И.</w:t>
      </w:r>
    </w:p>
    <w:p>
      <w:pPr>
        <w:spacing w:after="40" w:before="0"/>
        <w:jc w:val="center"/>
      </w:pPr>
      <w:r>
        <w:rPr>
          <w:b/>
          <w:sz w:val="28"/>
        </w:rPr>
        <w:t>ДОКЛАДНАЯ ЗАПИСКА</w:t>
      </w:r>
    </w:p>
    <w:p>
      <w:pPr>
        <w:spacing w:after="200" w:before="0"/>
        <w:jc w:val="center"/>
      </w:pPr>
      <w:r>
        <w:rPr>
          <w:b/>
          <w:sz w:val="24"/>
        </w:rPr>
        <w:t>о нарушении трудовой дисциплины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Довожу до Вашего сведения, что 14.10.2026 кладовщик склада № 2 Тарасов О. Н. отсутствовал на рабочем месте с 09:00 до 11:10, о причинах не предупредил. Из-за его отсутствия отгрузка по заказу № 1458 была задержана на два часа. Составлен акт об отсутствии на рабочем месте.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затребовать у Тарасова О. Н. письменное объяснение и рассмотреть вопрос о применении дисциплинарного взыскания.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акт об отсутствии на рабочем месте от 14.10.2026.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14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Начальник склада ______________ / Петров И.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