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ДОПОЛНИТЕЛЬНОЕ СОГЛАШЕНИЕ</w:t>
      </w:r>
    </w:p>
    <w:p>
      <w:pPr>
        <w:spacing w:after="200" w:before="0"/>
        <w:jc w:val="center"/>
      </w:pPr>
      <w:r>
        <w:rPr>
          <w:b/>
          <w:sz w:val="24"/>
        </w:rPr>
        <w:t>к 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именуемый(-ая, -ое) в дальнейшем «Арендодатель», и ______________________________, именуемый(-ая, -ое) в дальнейшем «Арендатор», заключили настоящее дополнительное соглашение к ______________________________ (далее — договор), предметом которого является ______________________________,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Стороны договорились изменить размер арендной платы. С «___» ____________ 20___ г. арендная плата составляет ____________ (____________________________________) рублей в месяц. За периоды до указанной даты арендная плата вносится в прежнем размере.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Стороны договорились продлить срок аренды. Договор действует до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Остальные условия договора, не затронутые настоящим соглашением, остаются неизменными, и стороны подтверждают по ним свои обязательства.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Соглашение вступает в силу с момента подписания, а если договор зарегистрирован в Едином государственном реестре недвижимости или в результате продления его срок составит один год и более, — с момента государственной регистрации соглашения (ст. 651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Соглашение является неотъемлемой частью договора и составлено в двух экземплярах, по одному для каждой из сторон.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Арендодатель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Арендатор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аренды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