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ДОПОЛНИТЕЛЬНОЕ СОГЛАШЕНИЕ № ______________________________</w:t>
      </w:r>
    </w:p>
    <w:p>
      <w:pPr>
        <w:spacing w:after="200" w:before="0"/>
        <w:jc w:val="center"/>
      </w:pPr>
      <w:r>
        <w:rPr>
          <w:b/>
          <w:sz w:val="24"/>
        </w:rPr>
        <w:t>к трудовому договору от __.__.____ № ______________________________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именуемый(-ое) в дальнейшем «Работодатель», с одной стороны, и ______________________________, именуемый(-ая) в дальнейшем «Работник», с другой стороны, заключили настоящее дополнительное соглашение к трудовому договору от __.__.____ № ______________________________ (далее — трудовой договор)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С «___» ____________ 20___ г. Работнику устанавливается должностной оклад в размере ____________ (____________________________________) рублей в месяц.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Остальные условия трудового договора, не затронутые настоящим соглашением, остаются неизменными.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Настоящее соглашение является неотъемлемой частью трудового договора, вступает в силу со дня его подписания сторонами и составлено в двух экземплярах, имеющих одинаковую юридическую силу, по одному для каждой из сторон.</w:t>
      </w:r>
    </w:p>
    <w:p>
      <w:pPr>
        <w:keepNext/>
        <w:spacing w:after="80" w:before="160"/>
        <w:jc w:val="center"/>
      </w:pPr>
      <w:r>
        <w:rPr>
          <w:b/>
          <w:sz w:val="24"/>
        </w:rPr>
        <w:t>ПОДПИСИ СТОРОН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Работодатель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Работник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Экземпляр соглашения получил(а)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Дата получения: «___» ____________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