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p>
      <w:pPr>
        <w:spacing w:after="200" w:before="0"/>
        <w:jc w:val="center"/>
      </w:pPr>
      <w:r>
        <w:rPr>
          <w:b/>
          <w:sz w:val="24"/>
        </w:rPr>
        <w:t>на право пользования транспортным средством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__.__.____ года рождения, паспорт ______________, выдан ______________________________, зарегистрированный(-ая) по адресу: ______________________________, являясь собственником транспортного средства: ______________________________, идентификационный номер (VIN) ____________________, ______ года выпуска, цвет ______________________________, государственный регистрационный знак ______________________________, свидетельство о регистрации ТС ______________________________, настоящей доверенностью уполномочиваю ______________________________, __.__.____ года рождения, паспорт ______________, выдан ______________________________, зарегистрированного(-ую) по адресу: ______________________________, водительское удостоверение ______________________________: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управлять указанным транспортным средством, следить за его техническим состоянием;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проходить технический осмотр, получать диагностическую карту;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сдавать транспортное средство в ремонт и на техническое обслуживание, получать его из ремонта, оплачивать работы;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представлять мои интересы в Госавтоинспекции и других органах по вопросам, связанным с эксплуатацией транспортного средства, подавать и получать документы;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Расписываться и совершать иные действия, связанные с выполнением настоящего поручения.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полномочий другим лицам сроком на один год.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Доверитель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автомобиль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