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p>
      <w:pPr>
        <w:spacing w:after="200" w:before="0"/>
        <w:jc w:val="center"/>
      </w:pPr>
      <w:r>
        <w:rPr>
          <w:b/>
          <w:sz w:val="24"/>
        </w:rPr>
        <w:t>на право пользования транспортным средством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Самара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Сидоров Павел Андреевич, 19.08.1970 года рождения, паспорт 36 05 202122, выдан ГУ МВД России по Самарской обл., 11.11.2015, зарегистрированный(-ая) по адресу: г. Самара, ул. Ленинградская, д. 5, кв. 8, являясь собственником транспортного средства: Kia Rio, идентификационный номер (VIN) Z94CB41AAGR123456, 2016 года выпуска, цвет серебристый, государственный регистрационный знак Е777КХ163, свидетельство о регистрации ТС 63 52 987654, настоящей доверенностью уполномочиваю Сидоров Максим Павлович, 03.04.1998 года рождения, паспорт 36 18 232425, выдан ГУ МВД России по Самарской обл., 07.05.2018, зарегистрированного(-ую) по адресу: г. Самара, ул. Ленинградская, д. 5, кв. 8, водительское удостоверение 63 25 123456: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управлять указанным транспортным средством, следить за его техническим состоянием;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проходить технический осмотр, получать диагностическую карту;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сдавать транспортное средство в ремонт и на техническое обслуживание, получать его из ремонта, оплачивать работы;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представлять мои интересы в Госавтоинспекции и других органах по вопросам, связанным с эксплуатацией транспортного средства, подавать и получать документы;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Расписываться и совершать иные действия, связанные с выполнением настоящего поручения.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без права передоверия полномочий другим лицам сроком до 17 октября 2027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Доверитель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Сидоров Павел Андреевич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автомобиль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