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ДОВЕРЕННОСТЬ</w:t>
      </w:r>
    </w:p>
    <w:p>
      <w:pPr>
        <w:spacing w:after="200" w:before="0"/>
        <w:jc w:val="center"/>
      </w:pPr>
      <w:r>
        <w:rPr>
          <w:b/>
          <w:sz w:val="24"/>
        </w:rPr>
        <w:t>на сопровождение несовершеннолетнего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«___» ____________ 20___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______________________________, являясь законным представителем (матерью/отцом) несовершеннолетнего ______________________________, доверяю ______________________________ сопровождать моего ребёнка: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Для этого доверяю: сопровождать ребёнка в поездах, самолётах, автобусах и других видах транспорта, приобретать и получать проездные документы, заселять ребёнка в гостиницы, санатории, лагеря и иные места размещения, представлять интересы ребёнка в организациях, получать и предъявлять его документы.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согласен(-на) с тем, что ребёнок находится под присмотром указанного лица в период поездки. Мои контакты для связи: 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Доверенность выдана без права передоверия и действительна 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сопровождение ребёнка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