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ДОВЕРЕННОСТЬ</w:t>
      </w:r>
    </w:p>
    <w:p>
      <w:pPr>
        <w:spacing w:after="200" w:before="0"/>
        <w:jc w:val="center"/>
      </w:pPr>
      <w:r>
        <w:rPr>
          <w:b/>
          <w:sz w:val="24"/>
        </w:rPr>
        <w:t>на сопровождение несовершеннолетнего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Самара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23 октября 2026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Я, Иванова Ольга Сергеевна, паспорт 3612 123456, выдан ГУ МВД России по Самарской обл. 10.10.2012, г. Самара, ул. Ленинская, д. 100, кв. 5, являясь законным представителем (матерью/отцом) несовершеннолетнего Иванов Кирилл Андреевич, 05.06.2015 года рождения, свидетельство о рождении III-ЕР № 123456, доверяю Петрова Галина Ивановна (бабушка), паспорт 3605 654321 сопровождать моего ребёнка: поездка из г. Самары в г. Анапу и обратно в период с 01.07.2027 по 31.07.2027, отдых в г. Анапе.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Для этого доверяю: сопровождать ребёнка в поездах, самолётах, автобусах и других видах транспорта, приобретать и получать проездные документы, заселять ребёнка в гостиницы, санатории, лагеря и иные места размещения, представлять интересы ребёнка в организациях, получать и предъявлять его документы, обращаться за медицинской помощью для ребёнка и давать информированное добровольное согласие на медицинское вмешательство, за исключением случаев, требующих согласия родителя лично.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Я согласен(-на) с тем, что ребёнок находится под присмотром указанного лица в период поездки. Мои контакты для связи: +7 927 100-00-01.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Доверенность выдана без права передоверия и действительна до 31.08.2027.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23 октября 2026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Иванова О. С.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сопровождение ребёнка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