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ДОВЕРЕННОСТЬ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__.__.____ года рождения, паспорт ______________, выдан ______________________________, зарегистрированный(-ая) по адресу: ______________________________, настоящей доверенностью уполномочиваю ______________________________, __.__.____ года рождения, паспорт ______________, выдан ______________________________, зарегистрированного(-ую) по адресу: ______________________________,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Для выполнения данного поручения представитель вправе подавать и получать документы, расписываться за меня и совершать все иные действия, связанные с выполнением настоящего поручения.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Доверенность выдана без права передоверия сроком на один год.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Доверитель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Образец подписи представителя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физического лица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