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ДОВЕРЕННОСТЬ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Санкт-Петербург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Ковалёва Елена Михайловна, 25.06.1968 года рождения, паспорт 40 09 262728, выдан ГУ МВД России по г. Санкт-Петербургу и Ленинградской обл., 30.06.2013, зарегистрированный(-ая) по адресу: г. Санкт-Петербург, Невский пр., д. 100, кв. 25, настоящей доверенностью уполномочиваю Ковалёв Николай Петрович, 10.10.1994 года рождения, паспорт 40 14 293031, выдан ГУ МВД России по г. Санкт-Петербургу и Ленинградской обл., 15.11.2014, зарегистрированного(-ую) по адресу: г. Санкт-Петербург, ул. Марата, д. 12, кв. 3, получить причитающуюся мне заработную плату за октябрь 2026 года в ООО «Северный ветер» (ИНН 7801234567).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Для выполнения данного поручения представитель вправе подавать и получать документы, расписываться за меня и совершать все иные действия, связанные с выполнением настоящего поручения.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Доверенность выдана без права передоверия сроком до 31 декабря 2026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Доверитель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Ковалёва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Образец подписи представителя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Ковалёв Николай Петрович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физического лица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