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Инспекция ФНС России по Ленинскому району г. Екатеринбурга</w:t>
        <w:br/>
      </w:r>
      <w:r>
        <w:rPr>
          <w:b w:val="0"/>
          <w:sz w:val="24"/>
        </w:rPr>
        <w:br/>
      </w:r>
      <w:r>
        <w:rPr>
          <w:b w:val="0"/>
          <w:sz w:val="24"/>
        </w:rPr>
        <w:t>от Карпов Евгений Сергеевич</w:t>
        <w:br/>
      </w:r>
      <w:r>
        <w:rPr>
          <w:b w:val="0"/>
          <w:sz w:val="24"/>
        </w:rPr>
        <w:t>тел. +7 912 111-22-33</w:t>
      </w:r>
    </w:p>
    <w:p>
      <w:pPr>
        <w:spacing w:after="80" w:before="0"/>
        <w:ind w:firstLine="709"/>
        <w:jc w:val="both"/>
      </w:pPr>
      <w:r>
        <w:rPr>
          <w:b w:val="0"/>
          <w:sz w:val="24"/>
        </w:rPr>
        <w:t>Исх. № _____ от 17.10.2026</w:t>
      </w:r>
    </w:p>
    <w:p>
      <w:pPr>
        <w:spacing w:after="40" w:before="0"/>
        <w:jc w:val="center"/>
      </w:pPr>
      <w:r>
        <w:rPr>
          <w:b/>
          <w:sz w:val="28"/>
        </w:rPr>
        <w:t>ГАРАНТИЙНОЕ ПИСЬМО</w:t>
      </w:r>
    </w:p>
    <w:p>
      <w:pPr>
        <w:spacing w:after="80" w:before="0"/>
        <w:ind w:firstLine="709"/>
        <w:jc w:val="both"/>
      </w:pPr>
      <w:r>
        <w:rPr>
          <w:b w:val="0"/>
          <w:sz w:val="24"/>
        </w:rPr>
        <w:t>Я, Карпов Евгений Сергеевич (паспорт 6510 223344, выдан ГУ МВД России по Свердловской обл. 12.07.2015, ИНН 667012345678), являюсь собственником нежилого помещения площадью 48,5 кв. м, кадастровый номер 66:41:0000000:12345, расположенного по адресу: 620014, Свердловская обл., г. Екатеринбург, ул. 8 Марта, д. 51, пом. 14, что подтверждается: выписка из ЕГРН от 05.10.2026, запись регистрации № 66:41:0000000:12345-66/199/2020-4.</w:t>
      </w:r>
    </w:p>
    <w:p>
      <w:pPr>
        <w:spacing w:after="80" w:before="0"/>
        <w:ind w:firstLine="709"/>
        <w:jc w:val="both"/>
      </w:pPr>
      <w:r>
        <w:rPr>
          <w:b w:val="0"/>
          <w:sz w:val="24"/>
        </w:rPr>
        <w:t>Настоящим гарантирую предоставление указанного помещения создаваемому ООО «Северный ветер» для размещения постоянно действующего исполнительного органа по договору аренды на срок 11 (одиннадцать) месяцев, который будет заключён после государственной регистрации организации. Не возражаю против указания адреса помещения в качестве адреса юридического лица в Едином государственном реестре юридических лиц.</w:t>
      </w:r>
    </w:p>
    <w:p>
      <w:pPr>
        <w:spacing w:after="80" w:before="0"/>
        <w:ind w:firstLine="709"/>
        <w:jc w:val="both"/>
      </w:pPr>
      <w:r>
        <w:rPr>
          <w:b w:val="0"/>
          <w:sz w:val="24"/>
        </w:rPr>
        <w:t>Помещение будет обеспечено возможностью получения почтовой корреспонденции и связи с организацией по указанному адресу. Готов(-а) подтвердить сведения, изложенные в письме, по запросу налогового органа.</w:t>
      </w:r>
    </w:p>
    <w:p>
      <w:pPr>
        <w:spacing w:after="80" w:before="0"/>
        <w:ind w:firstLine="709"/>
        <w:jc w:val="both"/>
      </w:pPr>
      <w:r>
        <w:rPr>
          <w:b w:val="0"/>
          <w:sz w:val="24"/>
        </w:rPr>
        <w:t>Приложение: копия выписки из ЕГРН на помещение.</w:t>
      </w:r>
    </w:p>
    <w:p>
      <w:pPr>
        <w:spacing w:after="80" w:before="0"/>
      </w:pPr>
      <w:r>
        <w:rPr>
          <w:b w:val="0"/>
          <w:sz w:val="24"/>
        </w:rPr>
      </w:r>
    </w:p>
    <w:tbl>
      <w:tblPr>
        <w:tblW w:type="auto" w:w="0"/>
        <w:jc w:val="left"/>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118"/>
          </w:tcPr>
          <w:p>
            <w:pPr>
              <w:spacing w:after="40"/>
              <w:jc w:val="left"/>
            </w:pPr>
            <w:r>
              <w:rPr>
                <w:b w:val="0"/>
                <w:sz w:val="24"/>
              </w:rPr>
              <w:t>Собственник помещения</w:t>
            </w:r>
          </w:p>
        </w:tc>
        <w:tc>
          <w:tcPr>
            <w:tcW w:type="dxa" w:w="2551"/>
          </w:tcPr>
          <w:p>
            <w:pPr>
              <w:spacing w:after="40"/>
              <w:jc w:val="center"/>
            </w:pPr>
            <w:r>
              <w:rPr>
                <w:b w:val="0"/>
                <w:sz w:val="24"/>
              </w:rPr>
              <w:t>_______________</w:t>
            </w:r>
          </w:p>
        </w:tc>
        <w:tc>
          <w:tcPr>
            <w:tcW w:type="dxa" w:w="3969"/>
          </w:tcPr>
          <w:p>
            <w:pPr>
              <w:spacing w:after="40"/>
              <w:jc w:val="left"/>
            </w:pPr>
            <w:r>
              <w:rPr>
                <w:b w:val="0"/>
                <w:sz w:val="24"/>
              </w:rPr>
              <w:t>Карпов Евгений Сергеевич</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Гарантийное письмо о предоставлении юридического адреса</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