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 от __.__.____</w:t>
      </w:r>
    </w:p>
    <w:p>
      <w:pPr>
        <w:spacing w:after="40" w:before="0"/>
        <w:jc w:val="center"/>
      </w:pPr>
      <w:r>
        <w:rPr>
          <w:b/>
          <w:sz w:val="28"/>
        </w:rPr>
        <w:t>ХАРАКТЕРИСТИКА</w:t>
      </w:r>
    </w:p>
    <w:p>
      <w:pPr>
        <w:spacing w:after="200" w:before="0"/>
        <w:jc w:val="center"/>
      </w:pPr>
      <w:r>
        <w:rPr>
          <w:b/>
          <w:sz w:val="24"/>
        </w:rPr>
        <w:t>на 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__.__.____ года рождения, образование — ______________________________, работает в ______________________________ с «___» ____________ 20___ г. в должности «______________________________».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 время работы зарекомендовал(-а) себя следующим образом.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Дисциплинарных взысканий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Характеристика выдана для представления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 места работы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