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ХАРАКТЕРИСТИКА</w:t>
      </w:r>
    </w:p>
    <w:p>
      <w:pPr>
        <w:spacing w:after="200" w:before="0"/>
        <w:jc w:val="center"/>
      </w:pPr>
      <w:r>
        <w:rPr>
          <w:b/>
          <w:sz w:val="24"/>
        </w:rPr>
        <w:t>с места жительства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составлена в отношении: Антонов Сергей Петрович, 1986 года рождения, адрес: г. Самара, ул. Гагарина, д. 140, кв. 9. Выдана для предъявления в Кировский районный суд г. Самары.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Антонов Сергей Петрович проживает по указанному адресу с 2014 года, один, по выходным к нему приезжает дочь Полина 2019 года рождения.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время проживания за время проживания зарекомендовал себя как вежливый, отзывчивый и спокойный человек; с соседями поддерживает доброжелательные отношения, всегда готов помочь; в состоянии алкогольного опьянения замечен не был; шумных компаний не собирает; жалоб на него от жильцов дома не поступало; участвует в субботниках и благоустройстве двора; с дочерью проводит много времени, гуляет с ней во дворе, водит на занятия.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составлена соседями, знающими Антонов С. П. лично: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Морозова Анна Петровна, кв. 8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Волков Сергей Иванович, кв. 10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Кузьмина Лидия Фёдоровна, кв. 5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соседей заверяю: председатель совета дома Белов А. Н. 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23 октября 2026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жительства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