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Центральный районный суд г. Барнаула</w:t>
        <w:br/>
      </w:r>
      <w:r>
        <w:rPr>
          <w:b w:val="0"/>
          <w:sz w:val="24"/>
        </w:rPr>
        <w:t>656038, г. Барнаул, пр-т Ленина, д. 25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Лукина Наталья Андреевна</w:t>
        <w:br/>
      </w:r>
      <w:r>
        <w:rPr>
          <w:b w:val="0"/>
          <w:sz w:val="24"/>
        </w:rPr>
        <w:t>дата и место рождения: 11.02.1991, г. Барнаул</w:t>
        <w:br/>
      </w:r>
      <w:r>
        <w:rPr>
          <w:b w:val="0"/>
          <w:sz w:val="24"/>
        </w:rPr>
        <w:t>место жительства: 656043, г. Барнаул, ул. Пушкина, д. 40, кв. 6</w:t>
        <w:br/>
      </w:r>
      <w:r>
        <w:rPr>
          <w:b w:val="0"/>
          <w:sz w:val="24"/>
        </w:rPr>
        <w:t>паспорт 0111 223344</w:t>
        <w:br/>
      </w:r>
      <w:r>
        <w:rPr>
          <w:b w:val="0"/>
          <w:sz w:val="24"/>
        </w:rPr>
        <w:t>+7 913 222-33-44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Ответчик: Лукин Евгений Валерьевич</w:t>
        <w:br/>
      </w:r>
      <w:r>
        <w:rPr>
          <w:b w:val="0"/>
          <w:sz w:val="24"/>
        </w:rPr>
        <w:t>дата и место рождения: 29.06.1989, г. Бийск</w:t>
        <w:br/>
      </w:r>
      <w:r>
        <w:rPr>
          <w:b w:val="0"/>
          <w:sz w:val="24"/>
        </w:rPr>
        <w:t>место жительства: 659300, г. Бийск, ул. Ленина, д. 200, кв. 18</w:t>
        <w:br/>
      </w:r>
      <w:r>
        <w:rPr>
          <w:b w:val="0"/>
          <w:sz w:val="24"/>
        </w:rPr>
        <w:t>идентификатор: неизвестен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Орган опеки и попечительства: Комитет по делам опеки и попечительства администрации г. Барнаула</w:t>
        <w:br/>
      </w:r>
      <w:r>
        <w:rPr>
          <w:b w:val="0"/>
          <w:sz w:val="24"/>
        </w:rPr>
        <w:t>Прокурор Центрального района г. Барнаула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Госпошлина: 3 000 руб.</w:t>
      </w:r>
    </w:p>
    <w:p>
      <w:pPr>
        <w:spacing w:after="40" w:before="0"/>
        <w:jc w:val="center"/>
      </w:pPr>
      <w:r>
        <w:rPr>
          <w:b/>
          <w:sz w:val="28"/>
        </w:rPr>
        <w:t>ИСКОВОЕ ЗАЯВЛЕНИЕ</w:t>
      </w:r>
    </w:p>
    <w:p>
      <w:pPr>
        <w:spacing w:after="200" w:before="0"/>
        <w:jc w:val="center"/>
      </w:pPr>
      <w:r>
        <w:rPr>
          <w:b/>
          <w:sz w:val="24"/>
        </w:rPr>
        <w:t>о лишении родительских прав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и ответчик являемся родителями несовершеннолетнего ребёнка: Лукина Ксения Евгеньевна, 30.05.2015 года рождения. Ребёнок проживает со мной, я одна (один) занимаюсь его воспитанием и содержанием.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Ответчик ненадлежащим образом исполняет родительские обязанности: с 2019 года ответчик с дочерью не общается, её жизнью, здоровьем и учёбой не интересуется, материальной помощи не оказывает; алименты, взысканные судебным приказом от 10.09.2019, не платит, задолженность по постановлению судебного пристава от 01.09.2026 составляет 812 000 руб.; в 2025 году ответчик привлечён к административной ответственности по ч. 1 ст. 5.35.1 КоАП РФ.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статье 69 СК РФ родители могут быть лишены родительских прав, если они уклоняются от выполнения обязанностей родителей, в том числе при злостном уклонении от уплаты алиментов.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Поведение ответчика противоречит интересам ребёнка. В соответствии со статьёй 70 СК РФ дело рассматривается с участием прокурора и органа опеки и попечительства; при рассмотрении дела суд решает вопрос о взыскании алиментов на ребёнка с родителя, лишаемого родительских прав.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69–71 СК РФ, статьями 131, 132 ГПК РФ, прошу суд: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лишить Лукин Евгений Валерьевич родительских прав в отношении несовершеннолетнего ребёнка Лукина Ксения Евгеньевна, 30.05.2015 года рождения;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передать ребёнка на воспитание истцу;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по вопросу алиментов: алименты продолжают взыскиваться по судебному приказу от 10.09.2019.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 об уплате государственной пошлины;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документы о направлении копии иска ответчику и третьим лицам;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копия свидетельства о рождении ребёнка;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доказательства уклонения от обязанностей (постановление о расчёте задолженности по алиментам, характеристики из школы, акты, справки);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5. копия паспорта истца.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Лукина Н. А.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лишении родительских прав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