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Кировский районный суд г. Ярославля</w:t>
        <w:br/>
      </w:r>
      <w:r>
        <w:rPr>
          <w:b w:val="0"/>
          <w:sz w:val="24"/>
        </w:rPr>
        <w:t>150000, г. Ярославль, ул. Красноармейская,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Кузнецова Елена Дмитриевна</w:t>
        <w:br/>
      </w:r>
      <w:r>
        <w:rPr>
          <w:b w:val="0"/>
          <w:sz w:val="24"/>
        </w:rPr>
        <w:t>дата и место рождения: 09.10.1986, г. Ярославль</w:t>
        <w:br/>
      </w:r>
      <w:r>
        <w:rPr>
          <w:b w:val="0"/>
          <w:sz w:val="24"/>
        </w:rPr>
        <w:t>место жительства: 150000, г. Ярославль, ул. Свободы, д. 63, кв. 18</w:t>
        <w:br/>
      </w:r>
      <w:r>
        <w:rPr>
          <w:b w:val="0"/>
          <w:sz w:val="24"/>
        </w:rPr>
        <w:t>паспорт 7806 556677</w:t>
        <w:br/>
      </w:r>
      <w:r>
        <w:rPr>
          <w:b w:val="0"/>
          <w:sz w:val="24"/>
        </w:rPr>
        <w:t>+7 915 222-33-44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Кузнецов Роман Валерьевич</w:t>
        <w:br/>
      </w:r>
      <w:r>
        <w:rPr>
          <w:b w:val="0"/>
          <w:sz w:val="24"/>
        </w:rPr>
        <w:t>дата и место рождения: 15.04.1984, г. Рыбинск</w:t>
        <w:br/>
      </w:r>
      <w:r>
        <w:rPr>
          <w:b w:val="0"/>
          <w:sz w:val="24"/>
        </w:rPr>
        <w:t>зарегистрирован: 150000, г. Ярославль, ул. Свободы, д. 63, кв. 18; фактически проживает: г. Рыбинск, адрес неизвестен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Отдел по вопросам миграции УМВД России по Кировскому району г. Ярославля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признании утратившим право пользования жилым помещением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г. Ярославль, ул. Свободы, д. 63, кв. 18 на основании: договор купли-продажи от 10.04.2016, право зарегистрировано в ЕГРН 15.04.2016.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указанном помещении зарегистрирован ответчик. Обстоятельства дела: ответчик зарегистрирован в квартире с 2016 года как мой супруг; брак расторгнут 05.08.2026; в августе 2025 года ответчик добровольно выехал, вывез свои вещи, расходов по содержанию квартиры не несёт, соглашения о пользовании квартирой между нами нет; требование сняться с учёта от 23.10.2026 не исполнил.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сохраняется, если иное не установлено соглашением между собственником и бывшим членом его семьи.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35 ЖК РФ в случае прекращения права пользования жилым помещением гражданин обязан освободить его, а если не освобождает — подлежит выселению по требованию собственника на основании решения суда. Решение суда о признании утратившим право пользования является основанием для снятия гражданина с регистрационного учёта.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30, 31, 35 ЖК РФ, статьями 292, 304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признать Кузнецов Роман Валерьевич утратившим(-ей) право пользования жилым помещением по адресу: г. Ярославль, ул. Свободы, д. 63, кв. 18;указать, что решение суда является основанием для снятия ответчика с регистрационного учёта по указанному адресу;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жилое помещение;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выписка из домовой книги (справка о зарегистрированных лицах);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требования об освобождении помещения и документы о его направлении;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акт о непроживании, квитанции об оплате ЖКУ;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декабря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Кузнецова Е. Д.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утратившим право пользования жилым помещением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