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Мировому судье судебного участка № 12 Центрального округа г. Краснодара</w:t>
        <w:br/>
      </w:r>
      <w:r>
        <w:rPr>
          <w:b w:val="0"/>
          <w:sz w:val="24"/>
        </w:rPr>
        <w:t>350000, г. Краснодар, ул. Тургенева, д. 101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Орлова Марина Викторовна</w:t>
        <w:br/>
      </w:r>
      <w:r>
        <w:rPr>
          <w:b w:val="0"/>
          <w:sz w:val="24"/>
        </w:rPr>
        <w:t>дата и место рождения: 14.06.1991, г. Краснодар</w:t>
        <w:br/>
      </w:r>
      <w:r>
        <w:rPr>
          <w:b w:val="0"/>
          <w:sz w:val="24"/>
        </w:rPr>
        <w:t>место жительства: 350020, г. Краснодар, ул. Красная, д. 10, кв. 3</w:t>
        <w:br/>
      </w:r>
      <w:r>
        <w:rPr>
          <w:b w:val="0"/>
          <w:sz w:val="24"/>
        </w:rPr>
        <w:t>паспорт 0315 556677; СНИЛС 123-456-789 01</w:t>
        <w:br/>
      </w:r>
      <w:r>
        <w:rPr>
          <w:b w:val="0"/>
          <w:sz w:val="24"/>
        </w:rPr>
        <w:t>+7 918 555-66-77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Орлов Денис Сергеевич</w:t>
        <w:br/>
      </w:r>
      <w:r>
        <w:rPr>
          <w:b w:val="0"/>
          <w:sz w:val="24"/>
        </w:rPr>
        <w:t>дата и место рождения: 02.11.1990, г. Ейск</w:t>
        <w:br/>
      </w:r>
      <w:r>
        <w:rPr>
          <w:b w:val="0"/>
          <w:sz w:val="24"/>
        </w:rPr>
        <w:t>место жительства: 350063, г. Краснодар, ул. Мира, д. 15, кв. 21</w:t>
        <w:br/>
      </w:r>
      <w:r>
        <w:rPr>
          <w:b w:val="0"/>
          <w:sz w:val="24"/>
        </w:rPr>
        <w:t>паспорт 0319 778899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Госпошлина: 5 000 (пять тысяч) рублей 00 копеек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 расторжении брака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20 августа 2016 г. я вступил(-а) в брак с ответчиком; брак зарегистрирован отделом ЗАГС Центрального округа г. Краснодара, запись акта о заключении брака № 1234. От брака имеем несовершеннолетних детей: Орлов Кирилл Денисович, 05.04.2018 г. р.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Совместная жизнь с ответчиком не сложилась. Брачные отношения фактически прекращены с марта 2026 года, общее хозяйство не ведётся. Причины распада семьи: разные взгляды на семейную жизнь и воспитание ребёнка, постоянные конфликты. Дальнейшая совместная жизнь и сохранение семьи невозможны (пункт 1 статьи 22 СК РФ). Ответчик не согласен на расторжение брака либо уклоняется от его расторжения в органах ЗАГС.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Спора о детях нет: после расторжения брака дети будут проживать с истцом (матерью).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Спора о разделе общего имущества супругов нет.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21–24 СК РФ, статьями 131, 132 ГПК РФ,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расторгнуть брак между истцом и ответчиком (истец — Орлова Марина Викторовна, ответчик — Орлов Денис Сергеевич), зарегистрированный 20 августа 2016 г. отделом ЗАГС Центрального округа г. Краснодара, запись акта о заключении брака № 1234;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об уплате государственной пошлины;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документ, подтверждающий направление ответчику копии искового заявления и приложений;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копия свидетельства о заключении брака;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копии свидетельств о рождении детей;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22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Орлова М.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брака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