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«___» ____________ 20___ г.,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Ответчик(и): ____________________________________________________________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____________ (____________________________________) рублей</w:t>
        <w:br/>
      </w:r>
      <w:r>
        <w:rPr>
          <w:b w:val="0"/>
          <w:sz w:val="24"/>
        </w:rPr>
        <w:t>Госпошлина: ____________ (____________________________________) рублей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восстановлении срока для принятия наследства и признании наследника принявшим наследство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умер(-ла) наследодатель; после смерти ______________________________, последнее место жительства которого(-ой): ______________________________, открылось наследство. Я являюсь наследником по закону — прихожусь наследодателю: ______________________________, что подтверждается: ______________________________.  Наследство приняли ответчики.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Срок для принятия наследства, установленный статьёй 1154 ГК РФ, истёк «___» ____________ 20___ г. Я пропустил(-а) этот срок по уважительной причине: ____________________________________________________________. «___» ____________ 20___ г. причины пропуска срока отпали; настоящее исковое заявление подано в течение шести месяцев после этого.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1 статьи 1155 ГК РФ по заявлению наследника, пропустившего срок, установленный для принятия наследства, суд может восстановить этот срок и признать наследника принявшим наследство, если наследник не знал и не должен был знать об открытии наследства или пропустил этот срок по другим уважительным причинам и при условии, что наследник, пропустивший срок, обратился в суд в течение шести месяцев после того, как причины пропуска этого срока отпали. По признании наследника принявшим наследство суд определяет доли всех наследников в наследственном имуществе; ранее выданные свидетельства о праве на наследство признаются судом недействительными.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1154, 1155 ГК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восстановить мне срок для принятия наследства, открывшегося «___» ____________ 20___ г. после смерти 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признать меня принявшим(-ей) наследство;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определить доли всех наследников в наследственном имуществе;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документы, подтверждающие направление ответчикам и третьему лицу копий искового заявления и приложенных документов;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смерти наследодателя;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копии документов о родстве: 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доказательства уважительности причин пропуска срока;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документы о составе и стоимости наследственного имущества;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срока для принятия наследства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