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______________________________</w:t>
        <w:br/>
      </w:r>
      <w:r>
        <w:rPr>
          <w:b w:val="0"/>
          <w:sz w:val="24"/>
        </w:rPr>
        <w:t>дата и место рождения: неизвестны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идентификатор: неизвестен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Цена иска: ____________ (____________________________________) рублей</w:t>
        <w:br/>
      </w:r>
      <w:r>
        <w:rPr>
          <w:b w:val="0"/>
          <w:sz w:val="24"/>
        </w:rPr>
        <w:t>Госпошлина: ____________ (____________________________________) рублей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возмещении ущерба, причинённого в результате дорожно-транспортного происшествия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произошло дорожно-транспортное происшествие с участием ______________________________. ДТП произошло по вине ответчика, что подтверждается ______________________________. В результате ДТП моему автомобилю причинены механические повреждения.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Гражданская ответственность ответчика на момент ДТП застрахована не была, поэтому получить страховое возмещение по договору ОСАГО невозможно.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Стоимость восстановительного ремонта автомобиля без учёта износа определена ______________________________ и составляет ____________ (____________________________________) рублей. Кроме того, я понёс(-ла) расходы: ______________________________, всего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статьями 15, 1064 и 1079 ГК РФ вред, причинённый имуществу гражданина, подлежит возмещению в полном объёме лицом, причинившим вред, — владельцем источника повышенной опасности. Согласно статье 1072 ГК РФ лицо, застраховавшее свою ответственность, в случае, когда страховое возмещение недостаточно для полного возмещения вреда, возмещает потерпевшему разницу между страховым возмещением и фактическим размером ущерба. По смыслу постановления Конституционного Суда РФ от 10.03.2017 № 6-П потерпевший вправе требовать возмещения ущерба без учёта износа заменяемых деталей.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15, 1064, 1072, 1079 ГК РФ, статьями 131, 132 ГПК РФ, прошу суд взыскать с ответчика в мою пользу: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в возмещение ущерба, причинённого в результате ДТП, стоимость восстановительного ремонта без учёта износа и расходы на экспертизу и эвакуацию — всего ____________ (____________________________________) рублей;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расходы по уплате государственной пошлины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 о направлении копии иска ответчику;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копии документов о ДТП (постановление, сведения об участниках, извещение о ДТП);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копии СТС (ПТС) на автомобиль истца;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копия экспертного заключения и документы об оплате экспертизы и эвакуатора;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расчёт цены иска;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7.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ущерба от ДТП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