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ind w:left="4819"/>
        <w:jc w:val="left"/>
      </w:pPr>
      <w:r>
        <w:rPr>
          <w:b w:val="0"/>
          <w:sz w:val="24"/>
        </w:rPr>
        <w:t>В Октябрьский районный суд г. Новосибирска</w:t>
        <w:br/>
      </w:r>
      <w:r>
        <w:rPr>
          <w:b w:val="0"/>
          <w:sz w:val="24"/>
        </w:rPr>
        <w:t>630102, г. Новосибирск, ул. Кирова, д. 48</w:t>
        <w:br/>
      </w:r>
      <w:r>
        <w:rPr>
          <w:b w:val="0"/>
          <w:sz w:val="24"/>
        </w:rPr>
        <w:br/>
      </w:r>
      <w:r>
        <w:rPr>
          <w:b w:val="0"/>
          <w:sz w:val="24"/>
        </w:rPr>
        <w:t>Истец: Захаров Виктор Николаевич</w:t>
        <w:br/>
      </w:r>
      <w:r>
        <w:rPr>
          <w:b w:val="0"/>
          <w:sz w:val="24"/>
        </w:rPr>
        <w:t>дата и место рождения: 08.12.1983, г. Новосибирск</w:t>
        <w:br/>
      </w:r>
      <w:r>
        <w:rPr>
          <w:b w:val="0"/>
          <w:sz w:val="24"/>
        </w:rPr>
        <w:t>место жительства: 630112, г. Новосибирск, ул. Гоголя, д. 200, кв. 17</w:t>
        <w:br/>
      </w:r>
      <w:r>
        <w:rPr>
          <w:b w:val="0"/>
          <w:sz w:val="24"/>
        </w:rPr>
        <w:t>СНИЛС 111-222-333 44</w:t>
        <w:br/>
      </w:r>
      <w:r>
        <w:rPr>
          <w:b w:val="0"/>
          <w:sz w:val="24"/>
        </w:rPr>
        <w:t>+7 913 777-66-55</w:t>
        <w:br/>
      </w:r>
      <w:r>
        <w:rPr>
          <w:b w:val="0"/>
          <w:sz w:val="24"/>
        </w:rPr>
        <w:br/>
      </w:r>
      <w:r>
        <w:rPr>
          <w:b w:val="0"/>
          <w:sz w:val="24"/>
        </w:rPr>
        <w:t>Ответчик: ООО «СибСтройМонтаж»</w:t>
        <w:br/>
      </w:r>
      <w:r>
        <w:rPr>
          <w:b w:val="0"/>
          <w:sz w:val="24"/>
        </w:rPr>
        <w:t>ИНН 5405000000, ОГРН 1165476000000</w:t>
        <w:br/>
      </w:r>
      <w:r>
        <w:rPr>
          <w:b w:val="0"/>
          <w:sz w:val="24"/>
        </w:rPr>
        <w:t>адрес: 630099, г. Новосибирск, ул. Советская, д. 5, офис 301</w:t>
        <w:br/>
      </w:r>
      <w:r>
        <w:rPr>
          <w:b w:val="0"/>
          <w:sz w:val="24"/>
        </w:rPr>
        <w:br/>
      </w:r>
      <w:r>
        <w:rPr>
          <w:b w:val="0"/>
          <w:sz w:val="24"/>
        </w:rPr>
        <w:t>Цена иска: 225 900 (двести двадцать пять тысяч девятьсот) рублей 00 копеек</w:t>
        <w:br/>
      </w:r>
      <w:r>
        <w:rPr>
          <w:b w:val="0"/>
          <w:sz w:val="24"/>
        </w:rPr>
        <w:t>Госпошлина: истец освобождён (ст. 393 ТК РФ)</w:t>
      </w:r>
    </w:p>
    <w:p>
      <w:pPr>
        <w:spacing w:after="40" w:before="0"/>
        <w:jc w:val="center"/>
      </w:pPr>
      <w:r>
        <w:rPr>
          <w:b/>
          <w:sz w:val="28"/>
        </w:rPr>
        <w:t>ИСКОВОЕ ЗАЯВЛЕНИЕ</w:t>
      </w:r>
    </w:p>
    <w:p>
      <w:pPr>
        <w:spacing w:after="200" w:before="0"/>
        <w:jc w:val="center"/>
      </w:pPr>
      <w:r>
        <w:rPr>
          <w:b/>
          <w:sz w:val="24"/>
        </w:rPr>
        <w:t>о взыскании задолженности по заработной плате и компенсации за задержку выплат</w:t>
      </w:r>
    </w:p>
    <w:p>
      <w:pPr>
        <w:spacing w:after="80" w:before="0"/>
        <w:ind w:firstLine="709"/>
        <w:jc w:val="both"/>
      </w:pPr>
      <w:r>
        <w:rPr>
          <w:b w:val="0"/>
          <w:sz w:val="24"/>
        </w:rPr>
        <w:t>Я с 15.03.2023 работал в должности монтажника по трудовому договору № 45 в ООО «СибСтройМонтаж». Я уволен 31.07.2026 по собственному желанию (п. 3 ч. 1 ст. 77 ТК РФ).</w:t>
      </w:r>
    </w:p>
    <w:p>
      <w:pPr>
        <w:spacing w:after="80" w:before="0"/>
        <w:ind w:firstLine="709"/>
        <w:jc w:val="both"/>
      </w:pPr>
      <w:r>
        <w:rPr>
          <w:b w:val="0"/>
          <w:sz w:val="24"/>
        </w:rPr>
        <w:t>Ответчик не выплатил мне причитающиеся суммы: заработная плата за май, июнь и июль 2026 года — 165 000 руб.; компенсация за неиспользованный отпуск — 42 000 руб. Общая задолженность составляет 207 000 (двести семь тысяч) рублей 00 копеек.</w:t>
      </w:r>
    </w:p>
    <w:p>
      <w:pPr>
        <w:spacing w:after="80" w:before="0"/>
        <w:ind w:firstLine="709"/>
        <w:jc w:val="both"/>
      </w:pPr>
      <w:r>
        <w:rPr>
          <w:b w:val="0"/>
          <w:sz w:val="24"/>
        </w:rPr>
        <w:t>Согласно статьям 22 и 136 ТК РФ работодатель обязан выплачивать заработную плату в полном размере не реже чем каждые полмесяца в сроки, установленные трудовым договором и правилами внутреннего трудового распорядка. При прекращении трудового договора выплата всех сумм производится в день увольнения (ст. 140 ТК РФ).</w:t>
      </w:r>
    </w:p>
    <w:p>
      <w:pPr>
        <w:spacing w:after="80" w:before="0"/>
        <w:ind w:firstLine="709"/>
        <w:jc w:val="both"/>
      </w:pPr>
      <w:r>
        <w:rPr>
          <w:b w:val="0"/>
          <w:sz w:val="24"/>
        </w:rPr>
        <w:t>В соответствии со статьёй 236 ТК РФ при нарушении срока выплаты работодатель обязан выплатить причитающиеся суммы с уплатой процентов (денежной компенсации) в размере не ниже 1/150 действующей ключевой ставки Банка России от невыплаченных сумм за каждый день задержки. На дату подачи иска размер компенсации составляет 18 900 (восемнадцать тысяч девятьсот) рублей 00 копеек (расчёт прилагается). Неправомерными действиями ответчика мне причинён моральный вред, который я оцениваю в 30 000 (тридцать тысяч) рублей 00 копеек (ст. 237 ТК РФ).</w:t>
      </w:r>
    </w:p>
    <w:p>
      <w:pPr>
        <w:spacing w:after="80" w:before="0"/>
        <w:ind w:firstLine="709"/>
        <w:jc w:val="both"/>
      </w:pPr>
      <w:r>
        <w:rPr>
          <w:b w:val="0"/>
          <w:sz w:val="24"/>
        </w:rPr>
        <w:t>На основании изложенного, руководствуясь статьями 22, 136, 140, 236, 237, 391, 392 ТК РФ, статьями 131, 132 ГПК РФ, прошу суд взыскать с ответчика в мою пользу:</w:t>
      </w:r>
    </w:p>
    <w:p>
      <w:pPr>
        <w:spacing w:after="40" w:before="0"/>
        <w:ind w:left="425"/>
        <w:jc w:val="left"/>
      </w:pPr>
      <w:r>
        <w:rPr>
          <w:b w:val="0"/>
          <w:sz w:val="24"/>
        </w:rPr>
        <w:t>1. задолженность по выплатам, причитающимся работнику, 207 000 (двести семь тысяч) рублей 00 копеек;</w:t>
      </w:r>
    </w:p>
    <w:p>
      <w:pPr>
        <w:spacing w:after="40" w:before="0"/>
        <w:ind w:left="425"/>
        <w:jc w:val="left"/>
      </w:pPr>
      <w:r>
        <w:rPr>
          <w:b w:val="0"/>
          <w:sz w:val="24"/>
        </w:rPr>
        <w:t>2. компенсацию за задержку выплат по статье 236 ТК РФ на дату подачи иска 18 900 (восемнадцать тысяч девятьсот) рублей 00 копеек, а также компенсацию с даты, следующей за днём подачи иска, по день фактической выплаты;</w:t>
      </w:r>
    </w:p>
    <w:p>
      <w:pPr>
        <w:spacing w:after="40" w:before="0"/>
        <w:ind w:left="425"/>
        <w:jc w:val="left"/>
      </w:pPr>
      <w:r>
        <w:rPr>
          <w:b w:val="0"/>
          <w:sz w:val="24"/>
        </w:rPr>
        <w:t>3. компенсацию морального вреда 30 000 (тридцать тысяч) рублей 00 копеек.</w:t>
      </w:r>
    </w:p>
    <w:p>
      <w:pPr>
        <w:spacing w:after="80" w:before="0"/>
        <w:ind w:firstLine="709"/>
        <w:jc w:val="both"/>
      </w:pPr>
      <w:r>
        <w:rPr>
          <w:b w:val="0"/>
          <w:sz w:val="24"/>
        </w:rPr>
        <w:t>В соответствии со статьёй 211 ГПК РФ прошу обратить решение суда в части взыскания заработной платы к немедленному исполнению.</w:t>
      </w:r>
    </w:p>
    <w:p>
      <w:pPr>
        <w:spacing w:after="80" w:before="0"/>
        <w:ind w:firstLine="709"/>
        <w:jc w:val="both"/>
      </w:pPr>
      <w:r>
        <w:rPr>
          <w:b w:val="0"/>
          <w:sz w:val="24"/>
        </w:rPr>
        <w:t>Приложение:</w:t>
      </w:r>
    </w:p>
    <w:p>
      <w:pPr>
        <w:spacing w:after="40" w:before="0"/>
        <w:ind w:left="425"/>
        <w:jc w:val="left"/>
      </w:pPr>
      <w:r>
        <w:rPr>
          <w:b w:val="0"/>
          <w:sz w:val="24"/>
        </w:rPr>
        <w:t>1. документ о направлении копии иска ответчику;</w:t>
      </w:r>
    </w:p>
    <w:p>
      <w:pPr>
        <w:spacing w:after="40" w:before="0"/>
        <w:ind w:left="425"/>
        <w:jc w:val="left"/>
      </w:pPr>
      <w:r>
        <w:rPr>
          <w:b w:val="0"/>
          <w:sz w:val="24"/>
        </w:rPr>
        <w:t>2. копия трудового договора;</w:t>
      </w:r>
    </w:p>
    <w:p>
      <w:pPr>
        <w:spacing w:after="40" w:before="0"/>
        <w:ind w:left="425"/>
        <w:jc w:val="left"/>
      </w:pPr>
      <w:r>
        <w:rPr>
          <w:b w:val="0"/>
          <w:sz w:val="24"/>
        </w:rPr>
        <w:t>3. копии приказов о приёме и увольнении, сведения о трудовой деятельности;</w:t>
      </w:r>
    </w:p>
    <w:p>
      <w:pPr>
        <w:spacing w:after="40" w:before="0"/>
        <w:ind w:left="425"/>
        <w:jc w:val="left"/>
      </w:pPr>
      <w:r>
        <w:rPr>
          <w:b w:val="0"/>
          <w:sz w:val="24"/>
        </w:rPr>
        <w:t>4. расчётные листки, справка о задолженности, выписки по банковскому счёту;</w:t>
      </w:r>
    </w:p>
    <w:p>
      <w:pPr>
        <w:spacing w:after="40" w:before="0"/>
        <w:ind w:left="425"/>
        <w:jc w:val="left"/>
      </w:pPr>
      <w:r>
        <w:rPr>
          <w:b w:val="0"/>
          <w:sz w:val="24"/>
        </w:rPr>
        <w:t>5. расчёт задолженности и компенсации;</w:t>
      </w:r>
    </w:p>
    <w:p>
      <w:pPr>
        <w:spacing w:after="40" w:before="0"/>
        <w:ind w:left="425"/>
        <w:jc w:val="left"/>
      </w:pPr>
      <w:r>
        <w:rPr>
          <w:b w:val="0"/>
          <w:sz w:val="24"/>
        </w:rPr>
        <w:t>6. копия паспорта истца.</w:t>
      </w:r>
    </w:p>
    <w:p>
      <w:pPr>
        <w:spacing w:after="80" w:before="0"/>
      </w:pPr>
      <w:r>
        <w:rPr>
          <w:b w:val="0"/>
          <w:sz w:val="24"/>
        </w:rPr>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sz w:val="24"/>
              </w:rPr>
            </w:r>
          </w:p>
          <w:p>
            <w:r>
              <w:rPr>
                <w:b w:val="0"/>
                <w:sz w:val="24"/>
              </w:rPr>
              <w:t>23 октября 2026 г.</w:t>
            </w:r>
          </w:p>
        </w:tc>
        <w:tc>
          <w:tcPr>
            <w:tcW w:type="dxa" w:w="4819"/>
          </w:tcPr>
          <w:p>
            <w:pPr>
              <w:spacing w:after="40"/>
              <w:jc w:val="left"/>
            </w:pPr>
            <w:r>
              <w:rPr>
                <w:b/>
                <w:sz w:val="24"/>
              </w:rPr>
            </w:r>
          </w:p>
          <w:p>
            <w:r>
              <w:rPr>
                <w:b w:val="0"/>
                <w:sz w:val="24"/>
              </w:rPr>
              <w:t>______________ / Захаров В. Н.</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 взыскании заработной платы</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