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______________________________</w:t>
        <w:br/>
      </w:r>
      <w:r>
        <w:rPr>
          <w:b w:val="0"/>
          <w:sz w:val="24"/>
        </w:rPr>
        <w:t>______________________________</w:t>
        <w:br/>
      </w:r>
      <w:r>
        <w:rPr>
          <w:b w:val="0"/>
          <w:sz w:val="24"/>
        </w:rPr>
        <w:br/>
      </w:r>
      <w:r>
        <w:rPr>
          <w:b w:val="0"/>
          <w:sz w:val="24"/>
        </w:rPr>
        <w:t>Истец: ______________________________</w:t>
        <w:br/>
      </w:r>
      <w:r>
        <w:rPr>
          <w:b w:val="0"/>
          <w:sz w:val="24"/>
        </w:rPr>
        <w:t>дата и место рождения: ______________________________</w:t>
        <w:br/>
      </w:r>
      <w:r>
        <w:rPr>
          <w:b w:val="0"/>
          <w:sz w:val="24"/>
        </w:rPr>
        <w:t>место жительства: ______________________________</w:t>
        <w:br/>
      </w:r>
      <w:r>
        <w:rPr>
          <w:b w:val="0"/>
          <w:sz w:val="24"/>
        </w:rPr>
        <w:t>______________________________</w:t>
        <w:br/>
      </w:r>
      <w:r>
        <w:rPr>
          <w:b w:val="0"/>
          <w:sz w:val="24"/>
        </w:rPr>
        <w:t>______________________________</w:t>
        <w:br/>
      </w:r>
      <w:r>
        <w:rPr>
          <w:b w:val="0"/>
          <w:sz w:val="24"/>
        </w:rPr>
        <w:br/>
      </w:r>
      <w:r>
        <w:rPr>
          <w:b w:val="0"/>
          <w:sz w:val="24"/>
        </w:rPr>
        <w:t>Ответчик: ______________________________</w:t>
        <w:br/>
      </w:r>
      <w:r>
        <w:rPr>
          <w:b w:val="0"/>
          <w:sz w:val="24"/>
        </w:rPr>
        <w:t>дата и место рождения: ______________________________</w:t>
        <w:br/>
      </w:r>
      <w:r>
        <w:rPr>
          <w:b w:val="0"/>
          <w:sz w:val="24"/>
        </w:rPr>
        <w:t>место жительства: ______________________________</w:t>
        <w:br/>
      </w:r>
      <w:r>
        <w:rPr>
          <w:b w:val="0"/>
          <w:sz w:val="24"/>
        </w:rPr>
        <w:t>идентификатор: неизвестен</w:t>
        <w:br/>
      </w:r>
      <w:r>
        <w:rPr>
          <w:b w:val="0"/>
          <w:sz w:val="24"/>
        </w:rPr>
        <w:br/>
      </w:r>
      <w:r>
        <w:rPr>
          <w:b w:val="0"/>
          <w:sz w:val="24"/>
        </w:rPr>
        <w:t>Цена иска: ____________ (____________________________________) рублей</w:t>
        <w:br/>
      </w:r>
      <w:r>
        <w:rPr>
          <w:b w:val="0"/>
          <w:sz w:val="24"/>
        </w:rPr>
        <w:t>Госпошлина: ____________ (____________________________________) рублей</w:t>
      </w:r>
    </w:p>
    <w:p>
      <w:pPr>
        <w:spacing w:after="40" w:before="0"/>
        <w:jc w:val="center"/>
      </w:pPr>
      <w:r>
        <w:rPr>
          <w:b/>
          <w:sz w:val="28"/>
        </w:rPr>
        <w:t>ИСКОВОЕ ЗАЯВЛЕНИЕ</w:t>
      </w:r>
    </w:p>
    <w:p>
      <w:pPr>
        <w:spacing w:after="200" w:before="0"/>
        <w:jc w:val="center"/>
      </w:pPr>
      <w:r>
        <w:rPr>
          <w:b/>
          <w:sz w:val="24"/>
        </w:rPr>
        <w:t>об уменьшении размера алиментов</w:t>
      </w:r>
    </w:p>
    <w:p>
      <w:pPr>
        <w:spacing w:after="80" w:before="0"/>
        <w:ind w:firstLine="709"/>
        <w:jc w:val="both"/>
      </w:pPr>
      <w:r>
        <w:rPr>
          <w:b w:val="0"/>
          <w:sz w:val="24"/>
        </w:rPr>
        <w:t>Алименты на содержание несовершеннолетнего ребёнка (______________________________) в размере ______________________________ взысканы ______________________________ с меня в пользу ответчика.</w:t>
      </w:r>
    </w:p>
    <w:p>
      <w:pPr>
        <w:spacing w:after="80" w:before="0"/>
        <w:ind w:firstLine="709"/>
        <w:jc w:val="both"/>
      </w:pPr>
      <w:r>
        <w:rPr>
          <w:b w:val="0"/>
          <w:sz w:val="24"/>
        </w:rPr>
        <w:t>После вынесения решения материальное и семейное положение сторон изменилось: ____________________________________________________________.</w:t>
      </w:r>
    </w:p>
    <w:p>
      <w:pPr>
        <w:spacing w:after="80" w:before="0"/>
        <w:ind w:firstLine="709"/>
        <w:jc w:val="both"/>
      </w:pPr>
      <w:r>
        <w:rPr>
          <w:b w:val="0"/>
          <w:sz w:val="24"/>
        </w:rPr>
        <w:t>Согласно пункту 1 статьи 119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учитывая материальное или семейное положение и иные заслуживающие внимания интересы сторон.</w:t>
      </w:r>
    </w:p>
    <w:p>
      <w:pPr>
        <w:spacing w:after="80" w:before="0"/>
        <w:ind w:firstLine="709"/>
        <w:jc w:val="both"/>
      </w:pPr>
      <w:r>
        <w:rPr>
          <w:b w:val="0"/>
          <w:sz w:val="24"/>
        </w:rPr>
        <w:t>Сохранение прежнего размера алиментов ставит меня и других лиц, находящихся на моём иждивении, в тяжёлое материальное положение и нарушает равенство прав детей на содержание.</w:t>
      </w:r>
    </w:p>
    <w:p>
      <w:pPr>
        <w:spacing w:after="80" w:before="0"/>
        <w:ind w:firstLine="709"/>
        <w:jc w:val="both"/>
      </w:pPr>
      <w:r>
        <w:rPr>
          <w:b w:val="0"/>
          <w:sz w:val="24"/>
        </w:rPr>
        <w:t>На основании изложенного, руководствуясь статьями 81, 83, 119 СК РФ, статьями 131, 132 ГПК РФ, прошу суд:</w:t>
      </w:r>
    </w:p>
    <w:p>
      <w:pPr>
        <w:spacing w:after="80" w:before="0"/>
        <w:ind w:firstLine="709"/>
        <w:jc w:val="both"/>
      </w:pPr>
      <w:r>
        <w:rPr>
          <w:b w:val="0"/>
          <w:sz w:val="24"/>
        </w:rPr>
        <w:t>уменьшить размер алиментов, взысканных ______________________________, и установить их ______________________________ начиная со дня вступления решения суда в законную силу.</w:t>
      </w:r>
    </w:p>
    <w:p>
      <w:pPr>
        <w:spacing w:after="80" w:before="0"/>
        <w:ind w:firstLine="709"/>
        <w:jc w:val="both"/>
      </w:pPr>
      <w:r>
        <w:rPr>
          <w:b w:val="0"/>
          <w:sz w:val="24"/>
        </w:rPr>
        <w:t>Приложение:</w:t>
      </w:r>
    </w:p>
    <w:p>
      <w:pPr>
        <w:spacing w:after="40" w:before="0"/>
        <w:ind w:left="425"/>
        <w:jc w:val="left"/>
      </w:pPr>
      <w:r>
        <w:rPr>
          <w:b w:val="0"/>
          <w:sz w:val="24"/>
        </w:rPr>
        <w:t>1. документ об уплате государственной пошлины;</w:t>
      </w:r>
    </w:p>
    <w:p>
      <w:pPr>
        <w:spacing w:after="40" w:before="0"/>
        <w:ind w:left="425"/>
        <w:jc w:val="left"/>
      </w:pPr>
      <w:r>
        <w:rPr>
          <w:b w:val="0"/>
          <w:sz w:val="24"/>
        </w:rPr>
        <w:t>2. документ о направлении ответчику копии иска и приложений;</w:t>
      </w:r>
    </w:p>
    <w:p>
      <w:pPr>
        <w:spacing w:after="40" w:before="0"/>
        <w:ind w:left="425"/>
        <w:jc w:val="left"/>
      </w:pPr>
      <w:r>
        <w:rPr>
          <w:b w:val="0"/>
          <w:sz w:val="24"/>
        </w:rPr>
        <w:t>3. копия решения суда (соглашения) об алиментах;</w:t>
      </w:r>
    </w:p>
    <w:p>
      <w:pPr>
        <w:spacing w:after="40" w:before="0"/>
        <w:ind w:left="425"/>
        <w:jc w:val="left"/>
      </w:pPr>
      <w:r>
        <w:rPr>
          <w:b w:val="0"/>
          <w:sz w:val="24"/>
        </w:rPr>
        <w:t>4. копия свидетельства о рождении ребёнка;</w:t>
      </w:r>
    </w:p>
    <w:p>
      <w:pPr>
        <w:spacing w:after="40" w:before="0"/>
        <w:ind w:left="425"/>
        <w:jc w:val="left"/>
      </w:pPr>
      <w:r>
        <w:rPr>
          <w:b w:val="0"/>
          <w:sz w:val="24"/>
        </w:rPr>
        <w:t>5. документы, подтверждающие изменение положения (свидетельства о рождении других детей, справки о доходах, медицинские документы);</w:t>
      </w:r>
    </w:p>
    <w:p>
      <w:pPr>
        <w:spacing w:after="40" w:before="0"/>
        <w:ind w:left="425"/>
        <w:jc w:val="left"/>
      </w:pPr>
      <w:r>
        <w:rPr>
          <w:b w:val="0"/>
          <w:sz w:val="24"/>
        </w:rPr>
        <w:t>6. расчёт цены иска;</w:t>
      </w:r>
    </w:p>
    <w:p>
      <w:pPr>
        <w:spacing w:after="40" w:before="0"/>
        <w:ind w:left="425"/>
        <w:jc w:val="left"/>
      </w:pPr>
      <w:r>
        <w:rPr>
          <w:b w:val="0"/>
          <w:sz w:val="24"/>
        </w:rPr>
        <w:t>7.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«___» ____________ 20___ г.</w:t>
            </w:r>
          </w:p>
        </w:tc>
        <w:tc>
          <w:tcPr>
            <w:tcW w:type="dxa" w:w="4819"/>
          </w:tcPr>
          <w:p>
            <w:pPr>
              <w:spacing w:after="40"/>
              <w:jc w:val="left"/>
            </w:pPr>
            <w:r>
              <w:rPr>
                <w:b/>
                <w:sz w:val="24"/>
              </w:rPr>
            </w:r>
          </w:p>
          <w:p>
            <w:r>
              <w:rPr>
                <w:b w:val="0"/>
                <w:sz w:val="24"/>
              </w:rPr>
              <w:t>______________ / ____________________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изменении размера алиментов</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