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Мировому судье судебного участка № 5 Советского судебного района г. Липецка</w:t>
        <w:br/>
      </w:r>
      <w:r>
        <w:rPr>
          <w:b w:val="0"/>
          <w:sz w:val="24"/>
        </w:rPr>
        <w:t>398001, г. Липецк, ул. Советская, д. 66</w:t>
        <w:br/>
      </w:r>
      <w:r>
        <w:rPr>
          <w:b w:val="0"/>
          <w:sz w:val="24"/>
        </w:rPr>
        <w:br/>
      </w:r>
      <w:r>
        <w:rPr>
          <w:b w:val="0"/>
          <w:sz w:val="24"/>
        </w:rPr>
        <w:t>Истец: Широков Дмитрий Андреевич</w:t>
        <w:br/>
      </w:r>
      <w:r>
        <w:rPr>
          <w:b w:val="0"/>
          <w:sz w:val="24"/>
        </w:rPr>
        <w:t>дата и место рождения: 14.07.1985, г. Липецк</w:t>
        <w:br/>
      </w:r>
      <w:r>
        <w:rPr>
          <w:b w:val="0"/>
          <w:sz w:val="24"/>
        </w:rPr>
        <w:t>место жительства: 398002, г. Липецк, ул. Гагарина, д. 33, кв. 5</w:t>
        <w:br/>
      </w:r>
      <w:r>
        <w:rPr>
          <w:b w:val="0"/>
          <w:sz w:val="24"/>
        </w:rPr>
        <w:t>СНИЛС 123-456-789 00</w:t>
        <w:br/>
      </w:r>
      <w:r>
        <w:rPr>
          <w:b w:val="0"/>
          <w:sz w:val="24"/>
        </w:rPr>
        <w:t>+7 904 000-12-34</w:t>
        <w:br/>
      </w:r>
      <w:r>
        <w:rPr>
          <w:b w:val="0"/>
          <w:sz w:val="24"/>
        </w:rPr>
        <w:br/>
      </w:r>
      <w:r>
        <w:rPr>
          <w:b w:val="0"/>
          <w:sz w:val="24"/>
        </w:rPr>
        <w:t>Ответчик: Широкова Екатерина Олеговна</w:t>
        <w:br/>
      </w:r>
      <w:r>
        <w:rPr>
          <w:b w:val="0"/>
          <w:sz w:val="24"/>
        </w:rPr>
        <w:t>дата и место рождения: 22.12.1988, г. Елец</w:t>
        <w:br/>
      </w:r>
      <w:r>
        <w:rPr>
          <w:b w:val="0"/>
          <w:sz w:val="24"/>
        </w:rPr>
        <w:t>место жительства: 398050, г. Липецк, ул. Космонавтов, д. 10, кв. 77</w:t>
        <w:br/>
      </w:r>
      <w:r>
        <w:rPr>
          <w:b w:val="0"/>
          <w:sz w:val="24"/>
        </w:rPr>
        <w:t>идентификатор: неизвестен</w:t>
        <w:br/>
      </w:r>
      <w:r>
        <w:rPr>
          <w:b w:val="0"/>
          <w:sz w:val="24"/>
        </w:rPr>
        <w:br/>
      </w:r>
      <w:r>
        <w:rPr>
          <w:b w:val="0"/>
          <w:sz w:val="24"/>
        </w:rPr>
        <w:t>Цена иска: 60 000 (шестьдесят тысяч) рублей 00 копеек</w:t>
        <w:br/>
      </w:r>
      <w:r>
        <w:rPr>
          <w:b w:val="0"/>
          <w:sz w:val="24"/>
        </w:rPr>
        <w:t>Госпошлина: 4 000 (четыре тысячи) рублей 00 копеек</w:t>
      </w:r>
    </w:p>
    <w:p>
      <w:pPr>
        <w:spacing w:after="40" w:before="0"/>
        <w:jc w:val="center"/>
      </w:pPr>
      <w:r>
        <w:rPr>
          <w:b/>
          <w:sz w:val="28"/>
        </w:rPr>
        <w:t>ИСКОВОЕ ЗАЯВЛЕНИЕ</w:t>
      </w:r>
    </w:p>
    <w:p>
      <w:pPr>
        <w:spacing w:after="200" w:before="0"/>
        <w:jc w:val="center"/>
      </w:pPr>
      <w:r>
        <w:rPr>
          <w:b/>
          <w:sz w:val="24"/>
        </w:rPr>
        <w:t>об уменьшении размера алиментов</w:t>
      </w:r>
    </w:p>
    <w:p>
      <w:pPr>
        <w:spacing w:after="80" w:before="0"/>
        <w:ind w:firstLine="709"/>
        <w:jc w:val="both"/>
      </w:pPr>
      <w:r>
        <w:rPr>
          <w:b w:val="0"/>
          <w:sz w:val="24"/>
        </w:rPr>
        <w:t>Алименты на содержание несовершеннолетнего ребёнка (Широков Артём Дмитриевич, 03.02.2016 года рождения) в размере 1/4 части всех видов заработка ежемесячно взысканы решением мирового судьи судебного участка № 5 Советского судебного района г. Липецка от 12.05.2022 по делу № 2-1234/2022 с меня в пользу ответчика.</w:t>
      </w:r>
    </w:p>
    <w:p>
      <w:pPr>
        <w:spacing w:after="80" w:before="0"/>
        <w:ind w:firstLine="709"/>
        <w:jc w:val="both"/>
      </w:pPr>
      <w:r>
        <w:rPr>
          <w:b w:val="0"/>
          <w:sz w:val="24"/>
        </w:rPr>
        <w:t>После вынесения решения материальное и семейное положение сторон изменилось: 15.03.2026 у меня родилась дочь Широкова Алиса Дмитриевна, которая находится на моём иждивении; моя супруга находится в отпуске по уходу за ребёнком и дохода не имеет; мой средний заработок — 60 000 руб. в месяц.</w:t>
      </w:r>
    </w:p>
    <w:p>
      <w:pPr>
        <w:spacing w:after="80" w:before="0"/>
        <w:ind w:firstLine="709"/>
        <w:jc w:val="both"/>
      </w:pPr>
      <w:r>
        <w:rPr>
          <w:b w:val="0"/>
          <w:sz w:val="24"/>
        </w:rPr>
        <w:t>Согласно пункту 1 статьи 119 СК РФ, если после установления судом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учитывая материальное или семейное положение и иные заслуживающие внимания интересы сторон.</w:t>
      </w:r>
    </w:p>
    <w:p>
      <w:pPr>
        <w:spacing w:after="80" w:before="0"/>
        <w:ind w:firstLine="709"/>
        <w:jc w:val="both"/>
      </w:pPr>
      <w:r>
        <w:rPr>
          <w:b w:val="0"/>
          <w:sz w:val="24"/>
        </w:rPr>
        <w:t>Сохранение прежнего размера алиментов ставит меня и других лиц, находящихся на моём иждивении, в тяжёлое материальное положение и нарушает равенство прав детей на содержание.</w:t>
      </w:r>
    </w:p>
    <w:p>
      <w:pPr>
        <w:spacing w:after="80" w:before="0"/>
        <w:ind w:firstLine="709"/>
        <w:jc w:val="both"/>
      </w:pPr>
      <w:r>
        <w:rPr>
          <w:b w:val="0"/>
          <w:sz w:val="24"/>
        </w:rPr>
        <w:t>На основании изложенного, руководствуясь статьями 81, 83, 119 СК РФ, статьями 131, 132 ГПК РФ, прошу суд:</w:t>
      </w:r>
    </w:p>
    <w:p>
      <w:pPr>
        <w:spacing w:after="80" w:before="0"/>
        <w:ind w:firstLine="709"/>
        <w:jc w:val="both"/>
      </w:pPr>
      <w:r>
        <w:rPr>
          <w:b w:val="0"/>
          <w:sz w:val="24"/>
        </w:rPr>
        <w:t>уменьшить размер алиментов, взысканных решением мирового судьи судебного участка № 5 Советского судебного района г. Липецка от 12.05.2022 по делу № 2-1234/2022, и установить их в размере 1/6 части всех видов заработка ежемесячно начиная со дня вступления решения суда в законную силу.</w:t>
      </w:r>
    </w:p>
    <w:p>
      <w:pPr>
        <w:spacing w:after="80" w:before="0"/>
        <w:ind w:firstLine="709"/>
        <w:jc w:val="both"/>
      </w:pPr>
      <w:r>
        <w:rPr>
          <w:b w:val="0"/>
          <w:sz w:val="24"/>
        </w:rPr>
        <w:t>Приложение:</w:t>
      </w:r>
    </w:p>
    <w:p>
      <w:pPr>
        <w:spacing w:after="40" w:before="0"/>
        <w:ind w:left="425"/>
        <w:jc w:val="left"/>
      </w:pPr>
      <w:r>
        <w:rPr>
          <w:b w:val="0"/>
          <w:sz w:val="24"/>
        </w:rPr>
        <w:t>1. документ об уплате государственной пошлины;</w:t>
      </w:r>
    </w:p>
    <w:p>
      <w:pPr>
        <w:spacing w:after="40" w:before="0"/>
        <w:ind w:left="425"/>
        <w:jc w:val="left"/>
      </w:pPr>
      <w:r>
        <w:rPr>
          <w:b w:val="0"/>
          <w:sz w:val="24"/>
        </w:rPr>
        <w:t>2. документ о направлении ответчику копии иска и приложений;</w:t>
      </w:r>
    </w:p>
    <w:p>
      <w:pPr>
        <w:spacing w:after="40" w:before="0"/>
        <w:ind w:left="425"/>
        <w:jc w:val="left"/>
      </w:pPr>
      <w:r>
        <w:rPr>
          <w:b w:val="0"/>
          <w:sz w:val="24"/>
        </w:rPr>
        <w:t>3. копия решения суда (соглашения) об алиментах;</w:t>
      </w:r>
    </w:p>
    <w:p>
      <w:pPr>
        <w:spacing w:after="40" w:before="0"/>
        <w:ind w:left="425"/>
        <w:jc w:val="left"/>
      </w:pPr>
      <w:r>
        <w:rPr>
          <w:b w:val="0"/>
          <w:sz w:val="24"/>
        </w:rPr>
        <w:t>4. копия свидетельства о рождении ребёнка;</w:t>
      </w:r>
    </w:p>
    <w:p>
      <w:pPr>
        <w:spacing w:after="40" w:before="0"/>
        <w:ind w:left="425"/>
        <w:jc w:val="left"/>
      </w:pPr>
      <w:r>
        <w:rPr>
          <w:b w:val="0"/>
          <w:sz w:val="24"/>
        </w:rPr>
        <w:t>5. документы, подтверждающие изменение положения (свидетельства о рождении других детей, справки о доходах, медицинские документы);</w:t>
      </w:r>
    </w:p>
    <w:p>
      <w:pPr>
        <w:spacing w:after="40" w:before="0"/>
        <w:ind w:left="425"/>
        <w:jc w:val="left"/>
      </w:pPr>
      <w:r>
        <w:rPr>
          <w:b w:val="0"/>
          <w:sz w:val="24"/>
        </w:rPr>
        <w:t>6. расчёт цены иска;</w:t>
      </w:r>
    </w:p>
    <w:p>
      <w:pPr>
        <w:spacing w:after="40" w:before="0"/>
        <w:ind w:left="425"/>
        <w:jc w:val="left"/>
      </w:pPr>
      <w:r>
        <w:rPr>
          <w:b w:val="0"/>
          <w:sz w:val="24"/>
        </w:rPr>
        <w:t>7. копия паспорта истца.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23 октября 2026 г.</w:t>
            </w:r>
          </w:p>
        </w:tc>
        <w:tc>
          <w:tcPr>
            <w:tcW w:type="dxa" w:w="4819"/>
          </w:tcPr>
          <w:p>
            <w:pPr>
              <w:spacing w:after="40"/>
              <w:jc w:val="left"/>
            </w:pPr>
            <w:r>
              <w:rPr>
                <w:b/>
                <w:sz w:val="24"/>
              </w:rPr>
            </w:r>
          </w:p>
          <w:p>
            <w:r>
              <w:rPr>
                <w:b w:val="0"/>
                <w:sz w:val="24"/>
              </w:rPr>
              <w:t>______________ / Широков Д. А.</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изменении размера алиментов</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