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______________________________</w:t>
        <w:br/>
      </w:r>
      <w:r>
        <w:rPr>
          <w:b w:val="0"/>
          <w:sz w:val="24"/>
        </w:rPr>
        <w:t>______________________________</w:t>
        <w:br/>
      </w:r>
      <w:r>
        <w:rPr>
          <w:b w:val="0"/>
          <w:sz w:val="24"/>
        </w:rPr>
        <w:br/>
      </w:r>
      <w:r>
        <w:rPr>
          <w:b w:val="0"/>
          <w:sz w:val="24"/>
        </w:rPr>
        <w:t>Истец: ______________________________</w:t>
        <w:br/>
      </w:r>
      <w:r>
        <w:rPr>
          <w:b w:val="0"/>
          <w:sz w:val="24"/>
        </w:rPr>
        <w:t>дата и место рождения: ______________________________</w:t>
        <w:br/>
      </w:r>
      <w:r>
        <w:rPr>
          <w:b w:val="0"/>
          <w:sz w:val="24"/>
        </w:rPr>
        <w:t>место жительства: ______________________________</w:t>
        <w:br/>
      </w:r>
      <w:r>
        <w:rPr>
          <w:b w:val="0"/>
          <w:sz w:val="24"/>
        </w:rPr>
        <w:t>______________________________</w:t>
        <w:br/>
      </w:r>
      <w:r>
        <w:rPr>
          <w:b w:val="0"/>
          <w:sz w:val="24"/>
        </w:rPr>
        <w:t>______________________________</w:t>
        <w:br/>
      </w:r>
      <w:r>
        <w:rPr>
          <w:b w:val="0"/>
          <w:sz w:val="24"/>
        </w:rPr>
        <w:br/>
      </w:r>
      <w:r>
        <w:rPr>
          <w:b w:val="0"/>
          <w:sz w:val="24"/>
        </w:rPr>
        <w:t>Ответчик: ______________________________</w:t>
        <w:br/>
      </w:r>
      <w:r>
        <w:rPr>
          <w:b w:val="0"/>
          <w:sz w:val="24"/>
        </w:rPr>
        <w:t>дата и место рождения: ______________________________</w:t>
        <w:br/>
      </w:r>
      <w:r>
        <w:rPr>
          <w:b w:val="0"/>
          <w:sz w:val="24"/>
        </w:rPr>
        <w:t>место жительства: ______________________________</w:t>
        <w:br/>
      </w:r>
      <w:r>
        <w:rPr>
          <w:b w:val="0"/>
          <w:sz w:val="24"/>
        </w:rPr>
        <w:t>идентификатор: неизвестен</w:t>
        <w:br/>
      </w:r>
      <w:r>
        <w:rPr>
          <w:b w:val="0"/>
          <w:sz w:val="24"/>
        </w:rPr>
        <w:br/>
      </w:r>
      <w:r>
        <w:rPr>
          <w:b w:val="0"/>
          <w:sz w:val="24"/>
        </w:rPr>
        <w:t>Цена иска: ____________ (____________________________________) рублей</w:t>
        <w:br/>
      </w:r>
      <w:r>
        <w:rPr>
          <w:b w:val="0"/>
          <w:sz w:val="24"/>
        </w:rPr>
        <w:t>Госпошлина: истец освобождён (пп. 2 п. 1 ст. 333.36 НК РФ)</w:t>
      </w:r>
    </w:p>
    <w:p>
      <w:pPr>
        <w:spacing w:after="40" w:before="0"/>
        <w:jc w:val="center"/>
      </w:pPr>
      <w:r>
        <w:rPr>
          <w:b/>
          <w:sz w:val="28"/>
        </w:rPr>
        <w:t>ИСКОВОЕ ЗАЯВЛЕНИЕ</w:t>
      </w:r>
    </w:p>
    <w:p>
      <w:pPr>
        <w:spacing w:after="200" w:before="0"/>
        <w:jc w:val="center"/>
      </w:pPr>
      <w:r>
        <w:rPr>
          <w:b/>
          <w:sz w:val="24"/>
        </w:rPr>
        <w:t>об увеличении размера алиментов</w:t>
      </w:r>
    </w:p>
    <w:p>
      <w:pPr>
        <w:spacing w:after="80" w:before="0"/>
        <w:ind w:firstLine="709"/>
        <w:jc w:val="both"/>
      </w:pPr>
      <w:r>
        <w:rPr>
          <w:b w:val="0"/>
          <w:sz w:val="24"/>
        </w:rPr>
        <w:t>Алименты на содержание несовершеннолетнего ребёнка (______________________________) в размере ______________________________ взысканы ______________________________ с ответчика в мою пользу.</w:t>
      </w:r>
    </w:p>
    <w:p>
      <w:pPr>
        <w:spacing w:after="80" w:before="0"/>
        <w:ind w:firstLine="709"/>
        <w:jc w:val="both"/>
      </w:pPr>
      <w:r>
        <w:rPr>
          <w:b w:val="0"/>
          <w:sz w:val="24"/>
        </w:rPr>
        <w:t>После вынесения решения материальное и семейное положение сторон изменилось: ____________________________________________________________.</w:t>
      </w:r>
    </w:p>
    <w:p>
      <w:pPr>
        <w:spacing w:after="80" w:before="0"/>
        <w:ind w:firstLine="709"/>
        <w:jc w:val="both"/>
      </w:pPr>
      <w:r>
        <w:rPr>
          <w:b w:val="0"/>
          <w:sz w:val="24"/>
        </w:rPr>
        <w:t>Согласно пункту 1 статьи 119 СК РФ, если после установления судом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учитывая материальное или семейное положение и иные заслуживающие внимания интересы сторон.</w:t>
      </w:r>
    </w:p>
    <w:p>
      <w:pPr>
        <w:spacing w:after="80" w:before="0"/>
        <w:ind w:firstLine="709"/>
        <w:jc w:val="both"/>
      </w:pPr>
      <w:r>
        <w:rPr>
          <w:b w:val="0"/>
          <w:sz w:val="24"/>
        </w:rPr>
        <w:t>Прежний размер алиментов не обеспечивает ребёнку необходимый уровень содержания с учётом изменившихся обстоятельств и доходов ответчика.</w:t>
      </w:r>
    </w:p>
    <w:p>
      <w:pPr>
        <w:spacing w:after="80" w:before="0"/>
        <w:ind w:firstLine="709"/>
        <w:jc w:val="both"/>
      </w:pPr>
      <w:r>
        <w:rPr>
          <w:b w:val="0"/>
          <w:sz w:val="24"/>
        </w:rPr>
        <w:t>На основании изложенного, руководствуясь статьями 81, 83, 119 СК РФ, статьями 131, 132 ГПК РФ, прошу суд:</w:t>
      </w:r>
    </w:p>
    <w:p>
      <w:pPr>
        <w:spacing w:after="80" w:before="0"/>
        <w:ind w:firstLine="709"/>
        <w:jc w:val="both"/>
      </w:pPr>
      <w:r>
        <w:rPr>
          <w:b w:val="0"/>
          <w:sz w:val="24"/>
        </w:rPr>
        <w:t>увеличить размер алиментов, взысканных ______________________________, и установить их ______________________________ начиная со дня вступления решения суда в законную силу.</w:t>
      </w:r>
    </w:p>
    <w:p>
      <w:pPr>
        <w:spacing w:after="80" w:before="0"/>
        <w:ind w:firstLine="709"/>
        <w:jc w:val="both"/>
      </w:pPr>
      <w:r>
        <w:rPr>
          <w:b w:val="0"/>
          <w:sz w:val="24"/>
        </w:rPr>
        <w:t>Приложение:</w:t>
      </w:r>
    </w:p>
    <w:p>
      <w:pPr>
        <w:spacing w:after="40" w:before="0"/>
        <w:ind w:left="425"/>
        <w:jc w:val="left"/>
      </w:pPr>
      <w:r>
        <w:rPr>
          <w:b w:val="0"/>
          <w:sz w:val="24"/>
        </w:rPr>
        <w:t>1. документ о направлении ответчику копии иска и приложений;</w:t>
      </w:r>
    </w:p>
    <w:p>
      <w:pPr>
        <w:spacing w:after="40" w:before="0"/>
        <w:ind w:left="425"/>
        <w:jc w:val="left"/>
      </w:pPr>
      <w:r>
        <w:rPr>
          <w:b w:val="0"/>
          <w:sz w:val="24"/>
        </w:rPr>
        <w:t>2. копия решения суда (соглашения) об алиментах;</w:t>
      </w:r>
    </w:p>
    <w:p>
      <w:pPr>
        <w:spacing w:after="40" w:before="0"/>
        <w:ind w:left="425"/>
        <w:jc w:val="left"/>
      </w:pPr>
      <w:r>
        <w:rPr>
          <w:b w:val="0"/>
          <w:sz w:val="24"/>
        </w:rPr>
        <w:t>3. копия свидетельства о рождении ребёнка;</w:t>
      </w:r>
    </w:p>
    <w:p>
      <w:pPr>
        <w:spacing w:after="40" w:before="0"/>
        <w:ind w:left="425"/>
        <w:jc w:val="left"/>
      </w:pPr>
      <w:r>
        <w:rPr>
          <w:b w:val="0"/>
          <w:sz w:val="24"/>
        </w:rPr>
        <w:t>4. документы, подтверждающие изменение положения (свидетельства о рождении других детей, справки о доходах, медицинские документы);</w:t>
      </w:r>
    </w:p>
    <w:p>
      <w:pPr>
        <w:spacing w:after="40" w:before="0"/>
        <w:ind w:left="425"/>
        <w:jc w:val="left"/>
      </w:pPr>
      <w:r>
        <w:rPr>
          <w:b w:val="0"/>
          <w:sz w:val="24"/>
        </w:rPr>
        <w:t>5. расчёт цены иска;</w:t>
      </w:r>
    </w:p>
    <w:p>
      <w:pPr>
        <w:spacing w:after="40" w:before="0"/>
        <w:ind w:left="425"/>
        <w:jc w:val="left"/>
      </w:pPr>
      <w:r>
        <w:rPr>
          <w:b w:val="0"/>
          <w:sz w:val="24"/>
        </w:rPr>
        <w:t>6. копия паспорта истца.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«___» ____________ 20___ г.</w:t>
            </w:r>
          </w:p>
        </w:tc>
        <w:tc>
          <w:tcPr>
            <w:tcW w:type="dxa" w:w="4819"/>
          </w:tcPr>
          <w:p>
            <w:pPr>
              <w:spacing w:after="40"/>
              <w:jc w:val="left"/>
            </w:pPr>
            <w:r>
              <w:rPr>
                <w:b/>
                <w:sz w:val="24"/>
              </w:rPr>
            </w:r>
          </w:p>
          <w:p>
            <w:r>
              <w:rPr>
                <w:b w:val="0"/>
                <w:sz w:val="24"/>
              </w:rPr>
              <w:t>______________ / ____________________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увеличении размера алиментов</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