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Мировому судье судебного участка № 5 Советского судебного района г. Липецка</w:t>
        <w:br/>
      </w:r>
      <w:r>
        <w:rPr>
          <w:b w:val="0"/>
          <w:sz w:val="24"/>
        </w:rPr>
        <w:t>398001, г. Липецк, ул. Советская, д. 66</w:t>
        <w:br/>
      </w:r>
      <w:r>
        <w:rPr>
          <w:b w:val="0"/>
          <w:sz w:val="24"/>
        </w:rPr>
        <w:br/>
      </w:r>
      <w:r>
        <w:rPr>
          <w:b w:val="0"/>
          <w:sz w:val="24"/>
        </w:rPr>
        <w:t>Истец: Широкова Екатерина Олеговна</w:t>
        <w:br/>
      </w:r>
      <w:r>
        <w:rPr>
          <w:b w:val="0"/>
          <w:sz w:val="24"/>
        </w:rPr>
        <w:t>дата и место рождения: 14.07.1985, г. Липецк</w:t>
        <w:br/>
      </w:r>
      <w:r>
        <w:rPr>
          <w:b w:val="0"/>
          <w:sz w:val="24"/>
        </w:rPr>
        <w:t>место жительства: 398002, г. Липецк, ул. Гагарина, д. 33, кв. 5</w:t>
        <w:br/>
      </w:r>
      <w:r>
        <w:rPr>
          <w:b w:val="0"/>
          <w:sz w:val="24"/>
        </w:rPr>
        <w:t>СНИЛС 123-456-789 00</w:t>
        <w:br/>
      </w:r>
      <w:r>
        <w:rPr>
          <w:b w:val="0"/>
          <w:sz w:val="24"/>
        </w:rPr>
        <w:t>+7 904 000-12-34</w:t>
        <w:br/>
      </w:r>
      <w:r>
        <w:rPr>
          <w:b w:val="0"/>
          <w:sz w:val="24"/>
        </w:rPr>
        <w:br/>
      </w:r>
      <w:r>
        <w:rPr>
          <w:b w:val="0"/>
          <w:sz w:val="24"/>
        </w:rPr>
        <w:t>Ответчик: Широков Дмитрий Андреевич</w:t>
        <w:br/>
      </w:r>
      <w:r>
        <w:rPr>
          <w:b w:val="0"/>
          <w:sz w:val="24"/>
        </w:rPr>
        <w:t>дата и место рождения: 22.12.1988, г. Елец</w:t>
        <w:br/>
      </w:r>
      <w:r>
        <w:rPr>
          <w:b w:val="0"/>
          <w:sz w:val="24"/>
        </w:rPr>
        <w:t>место жительства: 398050, г. Липецк, ул. Космонавтов, д. 10, кв. 77</w:t>
        <w:br/>
      </w:r>
      <w:r>
        <w:rPr>
          <w:b w:val="0"/>
          <w:sz w:val="24"/>
        </w:rPr>
        <w:t>идентификатор: неизвестен</w:t>
        <w:br/>
      </w:r>
      <w:r>
        <w:rPr>
          <w:b w:val="0"/>
          <w:sz w:val="24"/>
        </w:rPr>
        <w:br/>
      </w:r>
      <w:r>
        <w:rPr>
          <w:b w:val="0"/>
          <w:sz w:val="24"/>
        </w:rPr>
        <w:t>Цена иска: 120 000 (сто двадцать тысяч) рублей 00 копеек</w:t>
        <w:br/>
      </w:r>
      <w:r>
        <w:rPr>
          <w:b w:val="0"/>
          <w:sz w:val="24"/>
        </w:rPr>
        <w:t>Госпошлина: истец освобождён (пп. 2 п. 1 ст. 333.36 НК РФ)</w:t>
      </w:r>
    </w:p>
    <w:p>
      <w:pPr>
        <w:spacing w:after="40" w:before="0"/>
        <w:jc w:val="center"/>
      </w:pPr>
      <w:r>
        <w:rPr>
          <w:b/>
          <w:sz w:val="28"/>
        </w:rPr>
        <w:t>ИСКОВОЕ ЗАЯВЛЕНИЕ</w:t>
      </w:r>
    </w:p>
    <w:p>
      <w:pPr>
        <w:spacing w:after="200" w:before="0"/>
        <w:jc w:val="center"/>
      </w:pPr>
      <w:r>
        <w:rPr>
          <w:b/>
          <w:sz w:val="24"/>
        </w:rPr>
        <w:t>об увеличении размера алиментов</w:t>
      </w:r>
    </w:p>
    <w:p>
      <w:pPr>
        <w:spacing w:after="80" w:before="0"/>
        <w:ind w:firstLine="709"/>
        <w:jc w:val="both"/>
      </w:pPr>
      <w:r>
        <w:rPr>
          <w:b w:val="0"/>
          <w:sz w:val="24"/>
        </w:rPr>
        <w:t>Алименты на содержание несовершеннолетнего ребёнка (Широков Артём Дмитриевич, 03.02.2016 года рождения) в размере 1/4 части всех видов заработка ежемесячно взысканы решением мирового судьи судебного участка № 5 Советского судебного района г. Липецка от 12.05.2022 по делу № 2-1234/2022 с ответчика в мою пользу.</w:t>
      </w:r>
    </w:p>
    <w:p>
      <w:pPr>
        <w:spacing w:after="80" w:before="0"/>
        <w:ind w:firstLine="709"/>
        <w:jc w:val="both"/>
      </w:pPr>
      <w:r>
        <w:rPr>
          <w:b w:val="0"/>
          <w:sz w:val="24"/>
        </w:rPr>
        <w:t>После вынесения решения материальное и семейное положение сторон изменилось: с 2025 года доход ответчика вырос до 250 000 руб. в месяц, при этом он получает часть дохода в виде дивидендов, с которых алименты не удерживаются; сыну требуется лечение у ортодонта стоимостью 180 000 руб.</w:t>
      </w:r>
    </w:p>
    <w:p>
      <w:pPr>
        <w:spacing w:after="80" w:before="0"/>
        <w:ind w:firstLine="709"/>
        <w:jc w:val="both"/>
      </w:pPr>
      <w:r>
        <w:rPr>
          <w:b w:val="0"/>
          <w:sz w:val="24"/>
        </w:rPr>
        <w:t>Согласно пункту 1 статьи 119 СК РФ, если после установления судом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учитывая материальное или семейное положение и иные заслуживающие внимания интересы сторон.</w:t>
      </w:r>
    </w:p>
    <w:p>
      <w:pPr>
        <w:spacing w:after="80" w:before="0"/>
        <w:ind w:firstLine="709"/>
        <w:jc w:val="both"/>
      </w:pPr>
      <w:r>
        <w:rPr>
          <w:b w:val="0"/>
          <w:sz w:val="24"/>
        </w:rPr>
        <w:t>Прежний размер алиментов не обеспечивает ребёнку необходимый уровень содержания с учётом изменившихся обстоятельств и доходов ответчика.</w:t>
      </w:r>
    </w:p>
    <w:p>
      <w:pPr>
        <w:spacing w:after="80" w:before="0"/>
        <w:ind w:firstLine="709"/>
        <w:jc w:val="both"/>
      </w:pPr>
      <w:r>
        <w:rPr>
          <w:b w:val="0"/>
          <w:sz w:val="24"/>
        </w:rPr>
        <w:t>На основании изложенного, руководствуясь статьями 81, 83, 119 СК РФ, статьями 131, 132 ГПК РФ, прошу суд:</w:t>
      </w:r>
    </w:p>
    <w:p>
      <w:pPr>
        <w:spacing w:after="80" w:before="0"/>
        <w:ind w:firstLine="709"/>
        <w:jc w:val="both"/>
      </w:pPr>
      <w:r>
        <w:rPr>
          <w:b w:val="0"/>
          <w:sz w:val="24"/>
        </w:rPr>
        <w:t>увеличить размер алиментов, взысканных решением мирового судьи судебного участка № 5 Советского судебного района г. Липецка от 12.05.2022 по делу № 2-1234/2022, и установить их в твёрдой денежной сумме 40 000 руб. ежемесячно с последующей индексацией пропорционально росту прожиточного минимума для детей в Липецкой области начиная со дня вступления решения суда в законную силу.</w:t>
      </w:r>
    </w:p>
    <w:p>
      <w:pPr>
        <w:spacing w:after="80" w:before="0"/>
        <w:ind w:firstLine="709"/>
        <w:jc w:val="both"/>
      </w:pPr>
      <w:r>
        <w:rPr>
          <w:b w:val="0"/>
          <w:sz w:val="24"/>
        </w:rPr>
        <w:t>Приложение:</w:t>
      </w:r>
    </w:p>
    <w:p>
      <w:pPr>
        <w:spacing w:after="40" w:before="0"/>
        <w:ind w:left="425"/>
        <w:jc w:val="left"/>
      </w:pPr>
      <w:r>
        <w:rPr>
          <w:b w:val="0"/>
          <w:sz w:val="24"/>
        </w:rPr>
        <w:t>1. документ о направлении ответчику копии иска и приложений;</w:t>
      </w:r>
    </w:p>
    <w:p>
      <w:pPr>
        <w:spacing w:after="40" w:before="0"/>
        <w:ind w:left="425"/>
        <w:jc w:val="left"/>
      </w:pPr>
      <w:r>
        <w:rPr>
          <w:b w:val="0"/>
          <w:sz w:val="24"/>
        </w:rPr>
        <w:t>2. копия решения суда (соглашения) об алиментах;</w:t>
      </w:r>
    </w:p>
    <w:p>
      <w:pPr>
        <w:spacing w:after="40" w:before="0"/>
        <w:ind w:left="425"/>
        <w:jc w:val="left"/>
      </w:pPr>
      <w:r>
        <w:rPr>
          <w:b w:val="0"/>
          <w:sz w:val="24"/>
        </w:rPr>
        <w:t>3. копия свидетельства о рождении ребёнка;</w:t>
      </w:r>
    </w:p>
    <w:p>
      <w:pPr>
        <w:spacing w:after="40" w:before="0"/>
        <w:ind w:left="425"/>
        <w:jc w:val="left"/>
      </w:pPr>
      <w:r>
        <w:rPr>
          <w:b w:val="0"/>
          <w:sz w:val="24"/>
        </w:rPr>
        <w:t>4. документы, подтверждающие изменение положения (свидетельства о рождении других детей, справки о доходах, медицинские документы);</w:t>
      </w:r>
    </w:p>
    <w:p>
      <w:pPr>
        <w:spacing w:after="40" w:before="0"/>
        <w:ind w:left="425"/>
        <w:jc w:val="left"/>
      </w:pPr>
      <w:r>
        <w:rPr>
          <w:b w:val="0"/>
          <w:sz w:val="24"/>
        </w:rPr>
        <w:t>5. расчёт цены иска;</w:t>
      </w:r>
    </w:p>
    <w:p>
      <w:pPr>
        <w:spacing w:after="40" w:before="0"/>
        <w:ind w:left="425"/>
        <w:jc w:val="left"/>
      </w:pPr>
      <w:r>
        <w:rPr>
          <w:b w:val="0"/>
          <w:sz w:val="24"/>
        </w:rPr>
        <w:t>6. копия паспорта истца.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23 октября 2026 г.</w:t>
            </w:r>
          </w:p>
        </w:tc>
        <w:tc>
          <w:tcPr>
            <w:tcW w:type="dxa" w:w="4819"/>
          </w:tcPr>
          <w:p>
            <w:pPr>
              <w:spacing w:after="40"/>
              <w:jc w:val="left"/>
            </w:pPr>
            <w:r>
              <w:rPr>
                <w:b/>
                <w:sz w:val="24"/>
              </w:rPr>
            </w:r>
          </w:p>
          <w:p>
            <w:r>
              <w:rPr>
                <w:b w:val="0"/>
                <w:sz w:val="24"/>
              </w:rPr>
              <w:t>______________ / Широкова Е. О.</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увеличении размера алиментов</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