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______________________________ от «___» ____________ 20___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КОММЕРЧЕСКОЕ ПРЕДЛОЖЕНИЕ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Уважаемый(-ая) руководитель! Мы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 и стоимость: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Условия: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Предложение действительно до ______________________________. Настоящее предложение носит информационный характер и не является публичной офертой (ст. 437 ГК РФ); окончательные условия определяются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Будем рады ответить на вопросы и подготовить договор: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