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«Чистый Офис», ИНН 7700000002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г. Москва, ул. Профсоюзная, д. 3, тел. +7 495 000-00-02, chistyoffice.example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КП-112 от 23 октября 2026 г.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ООО «Альфа-Сервис» Смирнову А. В.</w:t>
      </w:r>
    </w:p>
    <w:p>
      <w:pPr>
        <w:spacing w:after="40" w:before="0"/>
        <w:jc w:val="center"/>
      </w:pPr>
      <w:r>
        <w:rPr>
          <w:b/>
          <w:sz w:val="28"/>
        </w:rPr>
        <w:t>КОММЕРЧЕСКОЕ ПРЕДЛОЖЕНИЕ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Уважаемый(-ая) руководитель! Мы предлагаем ежедневную уборку вашего офиса площадью 450 кв. м силами собственного персонала с гарантией качества и фиксированной стоимостью — без расходов на штатных уборщиков, инвентарь и химию.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 и стоимость: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ежедневная поддерживающая уборка (5 дней в неделю) — 450 кв. м — 68 000 руб. в месяц;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генеральная уборка (1 раз в месяц) — включена;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мойка окон (2 раза в год) — 450 кв. м — 18 000 руб. за раз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Условия: оплата ежемесячно по счёту в течение 5 рабочих дней после подписания акта; старт работ — через 3 рабочих дня после подписания договора; бесплатная повторная уборка при замечаниях.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Предложение действительно до 30.11.2026. Настоящее предложение носит информационный характер и не является публичной офертой (ст. 437 ГК РФ); окончательные условия определяются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Будем рады ответить на вопросы и подготовить договор: менеджер Иванова Ольга, +7 916 000-00-03, sales@chistyoffice.example.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 Петров С. И.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