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ПИСЬМО</w:t>
      </w:r>
    </w:p>
    <w:p>
      <w:pPr>
        <w:spacing w:after="200" w:before="0"/>
        <w:jc w:val="center"/>
      </w:pPr>
      <w:r>
        <w:rPr>
          <w:b/>
          <w:sz w:val="24"/>
        </w:rPr>
        <w:t>о предоставлении отсрочки платежа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договору (______________________________) ______________________________ обязано(-а) оплатить ____________ (____________________________________) рублей в срок до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связи с тем, что ____________________________________________________________, просим предоставить отсрочку и перенести срок оплаты на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 дорожим сотрудничеством и гарантируем соблюдение нового срока. В случае согласия просим сообщить об этом письменно — подготовим дополнительное соглашение к договору.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предоставлении отсрочки платежа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