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40" w:before="0"/>
        <w:ind w:left="4819"/>
        <w:jc w:val="left"/>
      </w:pPr>
      <w:r>
        <w:rPr>
          <w:b w:val="0"/>
          <w:sz w:val="24"/>
        </w:rPr>
        <w:t>______________________________</w:t>
        <w:br/>
      </w:r>
      <w:r>
        <w:rPr>
          <w:b w:val="0"/>
          <w:sz w:val="24"/>
        </w:rPr>
        <w:br/>
      </w:r>
      <w:r>
        <w:rPr>
          <w:b w:val="0"/>
          <w:sz w:val="24"/>
        </w:rPr>
        <w:t>от ______________________________</w:t>
        <w:br/>
      </w:r>
      <w:r>
        <w:rPr>
          <w:b w:val="0"/>
          <w:sz w:val="24"/>
        </w:rPr>
        <w:t>Исх. № ______________________________ от «___» ____________ 20___ г.</w:t>
      </w:r>
    </w:p>
    <w:p>
      <w:pPr>
        <w:spacing w:after="40" w:before="0"/>
        <w:jc w:val="center"/>
      </w:pPr>
      <w:r>
        <w:rPr>
          <w:b/>
          <w:sz w:val="28"/>
        </w:rPr>
        <w:t>ИНФОРМАЦИОННОЕ ПИСЬМО</w:t>
      </w:r>
    </w:p>
    <w:p>
      <w:pPr>
        <w:spacing w:after="200" w:before="0"/>
        <w:jc w:val="center"/>
      </w:pPr>
      <w:r>
        <w:rPr>
          <w:b/>
          <w:sz w:val="24"/>
        </w:rPr>
        <w:t>об изменении реквизитов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______________________________ сообщает об изменении реквизитов.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Прежние реквизиты: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Новые реквизиты: ____________________________________________________________.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с «___» ____________ 20___ г. производить все платежи и направлять корреспонденцию по новым реквизитам. ______________________________. Просим не производить платежи по прежним реквизитам после указанной даты.</w:t>
      </w:r>
    </w:p>
    <w:p>
      <w:pPr>
        <w:spacing w:after="80" w:before="0"/>
        <w:ind w:firstLine="709"/>
        <w:jc w:val="both"/>
      </w:pPr>
      <w:r>
        <w:rPr>
          <w:b w:val="0"/>
          <w:sz w:val="24"/>
        </w:rPr>
        <w:t>Просим внести изменения в свои учётные данные и подтвердить получение настоящего письма.</w:t>
      </w:r>
    </w:p>
    <w:p>
      <w:pPr>
        <w:spacing w:after="80" w:before="0"/>
      </w:pPr>
      <w:r>
        <w:rPr>
          <w:b w:val="0"/>
          <w:sz w:val="24"/>
        </w:rPr>
      </w:r>
    </w:p>
    <w:tbl>
      <w:tblPr>
        <w:tblW w:type="auto" w:w="0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819"/>
        <w:gridCol w:w="4819"/>
      </w:tblGrid>
      <w:tr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______________________________</w:t>
            </w:r>
          </w:p>
        </w:tc>
        <w:tc>
          <w:tcPr>
            <w:tcW w:type="dxa" w:w="4819"/>
          </w:tcPr>
          <w:p>
            <w:pPr>
              <w:spacing w:after="40"/>
              <w:jc w:val="left"/>
            </w:pPr>
            <w:r>
              <w:rPr>
                <w:b/>
                <w:sz w:val="24"/>
              </w:rPr>
            </w:r>
          </w:p>
          <w:p>
            <w:r>
              <w:rPr>
                <w:b w:val="0"/>
                <w:sz w:val="24"/>
              </w:rPr>
              <w:t>______________</w:t>
            </w:r>
          </w:p>
        </w:tc>
      </w:tr>
    </w:tbl>
    <w:p>
      <w:pPr>
        <w:spacing w:after="40" w:before="0"/>
      </w:pPr>
      <w:r>
        <w:rPr>
          <w:b w:val="0"/>
          <w:sz w:val="24"/>
        </w:rPr>
      </w:r>
    </w:p>
    <w:sectPr w:rsidR="00FC693F" w:rsidRPr="0006063C" w:rsidSect="00034616">
      <w:pgSz w:w="11906" w:h="16838"/>
      <w:pgMar w:top="1134" w:right="850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/>
    </w:pPr>
    <w:rPr>
      <w:rFonts w:ascii="Times New Roman" w:hAnsi="Times New Roman" w:cs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 смене реквизитов</dc:title>
  <dc:subject/>
  <dc:creator>Бланки и образцы документов, https://blank-obrazec.ru</dc:creator>
  <cp:keywords/>
  <dc:description>Бланки и образцы документов, https://blank-obrazec.ru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